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5DE6B" w14:textId="77777777" w:rsidR="00F83CC4" w:rsidRDefault="00000000">
      <w:pPr>
        <w:spacing w:after="640" w:line="240" w:lineRule="auto"/>
        <w:jc w:val="center"/>
      </w:pPr>
      <w:r>
        <w:rPr>
          <w:rFonts w:cs="Times New Roman"/>
          <w:b/>
        </w:rPr>
        <w:t>HỘ SẢN XUẤT, KINH DOANH LƯƠNG THỊ PHONG</w:t>
      </w:r>
    </w:p>
    <w:p w14:paraId="777276B9" w14:textId="77777777" w:rsidR="00F83CC4" w:rsidRDefault="00000000">
      <w:pPr>
        <w:spacing w:after="40" w:line="240" w:lineRule="auto"/>
        <w:jc w:val="center"/>
      </w:pPr>
      <w:r>
        <w:rPr>
          <w:rFonts w:cs="Times New Roman"/>
          <w:b/>
          <w:sz w:val="32"/>
        </w:rPr>
        <w:t>KẾ HOẠCH KIỂM SOÁT CHẤT LƯỢNG</w:t>
      </w:r>
    </w:p>
    <w:p w14:paraId="7D419ED3" w14:textId="77777777" w:rsidR="00F83CC4" w:rsidRDefault="00000000">
      <w:pPr>
        <w:spacing w:after="360" w:line="240" w:lineRule="auto"/>
        <w:jc w:val="center"/>
      </w:pPr>
      <w:r>
        <w:rPr>
          <w:rFonts w:cs="Times New Roman"/>
          <w:b/>
          <w:sz w:val="32"/>
        </w:rPr>
        <w:t>GẮN VỚI TRUY XUẤT NGUỒN GỐC</w:t>
      </w:r>
    </w:p>
    <w:p w14:paraId="5976FC29" w14:textId="77777777" w:rsidR="00F83CC4" w:rsidRDefault="00000000">
      <w:pPr>
        <w:spacing w:after="720" w:line="240" w:lineRule="auto"/>
        <w:jc w:val="center"/>
      </w:pPr>
      <w:r>
        <w:rPr>
          <w:rFonts w:cs="Times New Roman"/>
          <w:b/>
          <w:sz w:val="28"/>
        </w:rPr>
        <w:t>SẢN PHẨM: MẬT ONG LỘC PHÁT</w:t>
      </w:r>
    </w:p>
    <w:p w14:paraId="44B4A64F" w14:textId="77777777" w:rsidR="00F83CC4" w:rsidRDefault="00000000">
      <w:pPr>
        <w:spacing w:after="80" w:line="240" w:lineRule="auto"/>
        <w:jc w:val="center"/>
      </w:pPr>
      <w:r>
        <w:rPr>
          <w:rFonts w:cs="Times New Roman"/>
        </w:rPr>
        <w:t>Mã hiệu: LPB.01</w:t>
      </w:r>
    </w:p>
    <w:p w14:paraId="615CF060" w14:textId="77777777" w:rsidR="00F83CC4" w:rsidRDefault="00000000">
      <w:pPr>
        <w:spacing w:after="80" w:line="240" w:lineRule="auto"/>
        <w:jc w:val="center"/>
      </w:pPr>
      <w:r>
        <w:rPr>
          <w:rFonts w:cs="Times New Roman"/>
        </w:rPr>
        <w:t>Lần ban hành: 01</w:t>
      </w:r>
    </w:p>
    <w:p w14:paraId="457E7E3F" w14:textId="77777777" w:rsidR="00F83CC4" w:rsidRDefault="00000000">
      <w:pPr>
        <w:spacing w:after="80" w:line="240" w:lineRule="auto"/>
        <w:jc w:val="center"/>
      </w:pPr>
      <w:r>
        <w:rPr>
          <w:rFonts w:cs="Times New Roman"/>
        </w:rPr>
        <w:t>Ngày ban hành: 01/10/2024</w:t>
      </w:r>
    </w:p>
    <w:p w14:paraId="20BE1BE4" w14:textId="77777777" w:rsidR="00F83CC4" w:rsidRDefault="00000000">
      <w:pPr>
        <w:spacing w:after="80" w:line="240" w:lineRule="auto"/>
        <w:jc w:val="center"/>
      </w:pPr>
      <w:r>
        <w:rPr>
          <w:rFonts w:cs="Times New Roman"/>
        </w:rPr>
        <w:t>Thời gian lưu: 03 năm</w:t>
      </w:r>
    </w:p>
    <w:p w14:paraId="3840CDF9" w14:textId="77777777" w:rsidR="00F83CC4" w:rsidRDefault="00000000">
      <w:pPr>
        <w:spacing w:after="80" w:line="240" w:lineRule="auto"/>
        <w:jc w:val="center"/>
      </w:pPr>
      <w:r>
        <w:rPr>
          <w:rFonts w:cs="Times New Roman"/>
        </w:rPr>
        <w:t>Quy định hủy: Cắt, xé, đốt</w:t>
      </w:r>
    </w:p>
    <w:p w14:paraId="292AA2A0" w14:textId="77777777" w:rsidR="00F83CC4" w:rsidRDefault="00000000">
      <w:r>
        <w:br w:type="page"/>
      </w:r>
    </w:p>
    <w:p w14:paraId="63AD8D71" w14:textId="77777777" w:rsidR="00F83CC4" w:rsidRDefault="00000000">
      <w:pPr>
        <w:spacing w:line="240" w:lineRule="auto"/>
        <w:jc w:val="center"/>
      </w:pPr>
      <w:r>
        <w:rPr>
          <w:rFonts w:cs="Times New Roman"/>
          <w:b/>
          <w:sz w:val="28"/>
        </w:rPr>
        <w:lastRenderedPageBreak/>
        <w:t>PHÊ DUYỆT TÀI LIỆU</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984"/>
        <w:gridCol w:w="2381"/>
        <w:gridCol w:w="2381"/>
        <w:gridCol w:w="2381"/>
      </w:tblGrid>
      <w:tr w:rsidR="00F83CC4" w14:paraId="6871B904" w14:textId="77777777">
        <w:trPr>
          <w:tblHeader/>
          <w:jc w:val="center"/>
        </w:trPr>
        <w:tc>
          <w:tcPr>
            <w:tcW w:w="1984" w:type="dxa"/>
            <w:shd w:val="clear" w:color="auto" w:fill="D9EAD3"/>
            <w:tcMar>
              <w:top w:w="70" w:type="dxa"/>
              <w:left w:w="70" w:type="dxa"/>
              <w:bottom w:w="70" w:type="dxa"/>
              <w:right w:w="70" w:type="dxa"/>
            </w:tcMar>
            <w:vAlign w:val="center"/>
          </w:tcPr>
          <w:p w14:paraId="14182688" w14:textId="77777777" w:rsidR="00F83CC4" w:rsidRDefault="00000000">
            <w:pPr>
              <w:spacing w:after="0" w:line="240" w:lineRule="auto"/>
              <w:jc w:val="center"/>
            </w:pPr>
            <w:r>
              <w:rPr>
                <w:rFonts w:cs="Times New Roman"/>
                <w:b/>
              </w:rPr>
              <w:t>Nội dung</w:t>
            </w:r>
          </w:p>
        </w:tc>
        <w:tc>
          <w:tcPr>
            <w:tcW w:w="2381" w:type="dxa"/>
            <w:shd w:val="clear" w:color="auto" w:fill="D9EAD3"/>
            <w:tcMar>
              <w:top w:w="70" w:type="dxa"/>
              <w:left w:w="70" w:type="dxa"/>
              <w:bottom w:w="70" w:type="dxa"/>
              <w:right w:w="70" w:type="dxa"/>
            </w:tcMar>
            <w:vAlign w:val="center"/>
          </w:tcPr>
          <w:p w14:paraId="7D8AFA42" w14:textId="77777777" w:rsidR="00F83CC4" w:rsidRDefault="00000000">
            <w:pPr>
              <w:spacing w:after="0" w:line="240" w:lineRule="auto"/>
              <w:jc w:val="center"/>
            </w:pPr>
            <w:r>
              <w:rPr>
                <w:rFonts w:cs="Times New Roman"/>
                <w:b/>
              </w:rPr>
              <w:t>Biên soạn</w:t>
            </w:r>
          </w:p>
        </w:tc>
        <w:tc>
          <w:tcPr>
            <w:tcW w:w="2381" w:type="dxa"/>
            <w:shd w:val="clear" w:color="auto" w:fill="D9EAD3"/>
            <w:tcMar>
              <w:top w:w="70" w:type="dxa"/>
              <w:left w:w="70" w:type="dxa"/>
              <w:bottom w:w="70" w:type="dxa"/>
              <w:right w:w="70" w:type="dxa"/>
            </w:tcMar>
            <w:vAlign w:val="center"/>
          </w:tcPr>
          <w:p w14:paraId="57AFA16C" w14:textId="77777777" w:rsidR="00F83CC4" w:rsidRDefault="00000000">
            <w:pPr>
              <w:spacing w:after="0" w:line="240" w:lineRule="auto"/>
              <w:jc w:val="center"/>
            </w:pPr>
            <w:r>
              <w:rPr>
                <w:rFonts w:cs="Times New Roman"/>
                <w:b/>
              </w:rPr>
              <w:t>Kiểm tra</w:t>
            </w:r>
          </w:p>
        </w:tc>
        <w:tc>
          <w:tcPr>
            <w:tcW w:w="2381" w:type="dxa"/>
            <w:shd w:val="clear" w:color="auto" w:fill="D9EAD3"/>
            <w:tcMar>
              <w:top w:w="70" w:type="dxa"/>
              <w:left w:w="70" w:type="dxa"/>
              <w:bottom w:w="70" w:type="dxa"/>
              <w:right w:w="70" w:type="dxa"/>
            </w:tcMar>
            <w:vAlign w:val="center"/>
          </w:tcPr>
          <w:p w14:paraId="07D0985C" w14:textId="77777777" w:rsidR="00F83CC4" w:rsidRDefault="00000000">
            <w:pPr>
              <w:spacing w:after="0" w:line="240" w:lineRule="auto"/>
              <w:jc w:val="center"/>
            </w:pPr>
            <w:r>
              <w:rPr>
                <w:rFonts w:cs="Times New Roman"/>
                <w:b/>
              </w:rPr>
              <w:t>Phê duyệt</w:t>
            </w:r>
          </w:p>
        </w:tc>
      </w:tr>
      <w:tr w:rsidR="00F83CC4" w14:paraId="77C895A8" w14:textId="77777777">
        <w:trPr>
          <w:jc w:val="center"/>
        </w:trPr>
        <w:tc>
          <w:tcPr>
            <w:tcW w:w="1984" w:type="dxa"/>
            <w:tcMar>
              <w:top w:w="70" w:type="dxa"/>
              <w:left w:w="70" w:type="dxa"/>
              <w:bottom w:w="70" w:type="dxa"/>
              <w:right w:w="70" w:type="dxa"/>
            </w:tcMar>
            <w:vAlign w:val="center"/>
          </w:tcPr>
          <w:p w14:paraId="6DD3C61C" w14:textId="77777777" w:rsidR="00F83CC4" w:rsidRDefault="00000000">
            <w:pPr>
              <w:spacing w:after="0" w:line="240" w:lineRule="auto"/>
              <w:jc w:val="center"/>
            </w:pPr>
            <w:r>
              <w:rPr>
                <w:rFonts w:cs="Times New Roman"/>
              </w:rPr>
              <w:t>Họ và tên</w:t>
            </w:r>
          </w:p>
        </w:tc>
        <w:tc>
          <w:tcPr>
            <w:tcW w:w="2381" w:type="dxa"/>
            <w:tcMar>
              <w:top w:w="70" w:type="dxa"/>
              <w:left w:w="70" w:type="dxa"/>
              <w:bottom w:w="70" w:type="dxa"/>
              <w:right w:w="70" w:type="dxa"/>
            </w:tcMar>
            <w:vAlign w:val="center"/>
          </w:tcPr>
          <w:p w14:paraId="70642372" w14:textId="77777777" w:rsidR="00F83CC4" w:rsidRDefault="00000000">
            <w:pPr>
              <w:spacing w:after="0" w:line="240" w:lineRule="auto"/>
              <w:jc w:val="center"/>
            </w:pPr>
            <w:r>
              <w:rPr>
                <w:rFonts w:cs="Times New Roman"/>
              </w:rPr>
              <w:t>Lương Thị Phong</w:t>
            </w:r>
          </w:p>
        </w:tc>
        <w:tc>
          <w:tcPr>
            <w:tcW w:w="2381" w:type="dxa"/>
            <w:tcMar>
              <w:top w:w="70" w:type="dxa"/>
              <w:left w:w="70" w:type="dxa"/>
              <w:bottom w:w="70" w:type="dxa"/>
              <w:right w:w="70" w:type="dxa"/>
            </w:tcMar>
            <w:vAlign w:val="center"/>
          </w:tcPr>
          <w:p w14:paraId="4CB0AF3E" w14:textId="77777777" w:rsidR="00F83CC4" w:rsidRDefault="00000000">
            <w:pPr>
              <w:spacing w:after="0" w:line="240" w:lineRule="auto"/>
              <w:jc w:val="center"/>
            </w:pPr>
            <w:r>
              <w:rPr>
                <w:rFonts w:cs="Times New Roman"/>
              </w:rPr>
              <w:t>Lương Thị Phong</w:t>
            </w:r>
          </w:p>
        </w:tc>
        <w:tc>
          <w:tcPr>
            <w:tcW w:w="2381" w:type="dxa"/>
            <w:tcMar>
              <w:top w:w="70" w:type="dxa"/>
              <w:left w:w="70" w:type="dxa"/>
              <w:bottom w:w="70" w:type="dxa"/>
              <w:right w:w="70" w:type="dxa"/>
            </w:tcMar>
            <w:vAlign w:val="center"/>
          </w:tcPr>
          <w:p w14:paraId="313FCDD8" w14:textId="77777777" w:rsidR="00F83CC4" w:rsidRDefault="00000000">
            <w:pPr>
              <w:spacing w:after="0" w:line="240" w:lineRule="auto"/>
              <w:jc w:val="center"/>
            </w:pPr>
            <w:r>
              <w:rPr>
                <w:rFonts w:cs="Times New Roman"/>
              </w:rPr>
              <w:t>Lương Thị Phong</w:t>
            </w:r>
          </w:p>
        </w:tc>
      </w:tr>
      <w:tr w:rsidR="00F83CC4" w14:paraId="5EF5FEDE" w14:textId="77777777">
        <w:trPr>
          <w:jc w:val="center"/>
        </w:trPr>
        <w:tc>
          <w:tcPr>
            <w:tcW w:w="1984" w:type="dxa"/>
            <w:tcMar>
              <w:top w:w="70" w:type="dxa"/>
              <w:left w:w="70" w:type="dxa"/>
              <w:bottom w:w="70" w:type="dxa"/>
              <w:right w:w="70" w:type="dxa"/>
            </w:tcMar>
            <w:vAlign w:val="center"/>
          </w:tcPr>
          <w:p w14:paraId="65224517" w14:textId="77777777" w:rsidR="00F83CC4" w:rsidRDefault="00000000">
            <w:pPr>
              <w:spacing w:after="0" w:line="240" w:lineRule="auto"/>
              <w:jc w:val="center"/>
            </w:pPr>
            <w:r>
              <w:rPr>
                <w:rFonts w:cs="Times New Roman"/>
              </w:rPr>
              <w:t>Chức danh</w:t>
            </w:r>
          </w:p>
        </w:tc>
        <w:tc>
          <w:tcPr>
            <w:tcW w:w="2381" w:type="dxa"/>
            <w:tcMar>
              <w:top w:w="70" w:type="dxa"/>
              <w:left w:w="70" w:type="dxa"/>
              <w:bottom w:w="70" w:type="dxa"/>
              <w:right w:w="70" w:type="dxa"/>
            </w:tcMar>
            <w:vAlign w:val="center"/>
          </w:tcPr>
          <w:p w14:paraId="6EC17552" w14:textId="77777777" w:rsidR="00F83CC4" w:rsidRDefault="00000000">
            <w:pPr>
              <w:spacing w:after="0" w:line="240" w:lineRule="auto"/>
              <w:jc w:val="center"/>
            </w:pPr>
            <w:r>
              <w:rPr>
                <w:rFonts w:cs="Times New Roman"/>
              </w:rPr>
              <w:t>Chủ cơ sở</w:t>
            </w:r>
          </w:p>
        </w:tc>
        <w:tc>
          <w:tcPr>
            <w:tcW w:w="2381" w:type="dxa"/>
            <w:tcMar>
              <w:top w:w="70" w:type="dxa"/>
              <w:left w:w="70" w:type="dxa"/>
              <w:bottom w:w="70" w:type="dxa"/>
              <w:right w:w="70" w:type="dxa"/>
            </w:tcMar>
            <w:vAlign w:val="center"/>
          </w:tcPr>
          <w:p w14:paraId="0EBEAF32" w14:textId="77777777" w:rsidR="00F83CC4" w:rsidRDefault="00000000">
            <w:pPr>
              <w:spacing w:after="0" w:line="240" w:lineRule="auto"/>
              <w:jc w:val="center"/>
            </w:pPr>
            <w:r>
              <w:rPr>
                <w:rFonts w:cs="Times New Roman"/>
              </w:rPr>
              <w:t>Chủ cơ sở</w:t>
            </w:r>
          </w:p>
        </w:tc>
        <w:tc>
          <w:tcPr>
            <w:tcW w:w="2381" w:type="dxa"/>
            <w:tcMar>
              <w:top w:w="70" w:type="dxa"/>
              <w:left w:w="70" w:type="dxa"/>
              <w:bottom w:w="70" w:type="dxa"/>
              <w:right w:w="70" w:type="dxa"/>
            </w:tcMar>
            <w:vAlign w:val="center"/>
          </w:tcPr>
          <w:p w14:paraId="4453D3ED" w14:textId="77777777" w:rsidR="00F83CC4" w:rsidRDefault="00000000">
            <w:pPr>
              <w:spacing w:after="0" w:line="240" w:lineRule="auto"/>
              <w:jc w:val="center"/>
            </w:pPr>
            <w:r>
              <w:rPr>
                <w:rFonts w:cs="Times New Roman"/>
              </w:rPr>
              <w:t>Chủ cơ sở</w:t>
            </w:r>
          </w:p>
        </w:tc>
      </w:tr>
      <w:tr w:rsidR="00F83CC4" w14:paraId="5583A745" w14:textId="77777777">
        <w:trPr>
          <w:jc w:val="center"/>
        </w:trPr>
        <w:tc>
          <w:tcPr>
            <w:tcW w:w="1984" w:type="dxa"/>
            <w:tcMar>
              <w:top w:w="70" w:type="dxa"/>
              <w:left w:w="70" w:type="dxa"/>
              <w:bottom w:w="70" w:type="dxa"/>
              <w:right w:w="70" w:type="dxa"/>
            </w:tcMar>
            <w:vAlign w:val="center"/>
          </w:tcPr>
          <w:p w14:paraId="1E3F6756" w14:textId="77777777" w:rsidR="00F83CC4" w:rsidRDefault="00000000">
            <w:pPr>
              <w:spacing w:after="0" w:line="240" w:lineRule="auto"/>
              <w:jc w:val="center"/>
            </w:pPr>
            <w:r>
              <w:rPr>
                <w:rFonts w:cs="Times New Roman"/>
              </w:rPr>
              <w:t>Chữ ký</w:t>
            </w:r>
          </w:p>
        </w:tc>
        <w:tc>
          <w:tcPr>
            <w:tcW w:w="2381" w:type="dxa"/>
            <w:tcMar>
              <w:top w:w="70" w:type="dxa"/>
              <w:left w:w="70" w:type="dxa"/>
              <w:bottom w:w="70" w:type="dxa"/>
              <w:right w:w="70" w:type="dxa"/>
            </w:tcMar>
            <w:vAlign w:val="center"/>
          </w:tcPr>
          <w:p w14:paraId="016C1C2C" w14:textId="77777777" w:rsidR="00F83CC4" w:rsidRDefault="00F83CC4">
            <w:pPr>
              <w:spacing w:after="0" w:line="240" w:lineRule="auto"/>
              <w:jc w:val="center"/>
            </w:pPr>
          </w:p>
        </w:tc>
        <w:tc>
          <w:tcPr>
            <w:tcW w:w="2381" w:type="dxa"/>
            <w:tcMar>
              <w:top w:w="70" w:type="dxa"/>
              <w:left w:w="70" w:type="dxa"/>
              <w:bottom w:w="70" w:type="dxa"/>
              <w:right w:w="70" w:type="dxa"/>
            </w:tcMar>
            <w:vAlign w:val="center"/>
          </w:tcPr>
          <w:p w14:paraId="2B8173DD" w14:textId="77777777" w:rsidR="00F83CC4" w:rsidRDefault="00F83CC4">
            <w:pPr>
              <w:spacing w:after="0" w:line="240" w:lineRule="auto"/>
              <w:jc w:val="center"/>
            </w:pPr>
          </w:p>
        </w:tc>
        <w:tc>
          <w:tcPr>
            <w:tcW w:w="2381" w:type="dxa"/>
            <w:tcMar>
              <w:top w:w="70" w:type="dxa"/>
              <w:left w:w="70" w:type="dxa"/>
              <w:bottom w:w="70" w:type="dxa"/>
              <w:right w:w="70" w:type="dxa"/>
            </w:tcMar>
            <w:vAlign w:val="center"/>
          </w:tcPr>
          <w:p w14:paraId="2046C1C0" w14:textId="77777777" w:rsidR="00F83CC4" w:rsidRDefault="00F83CC4">
            <w:pPr>
              <w:spacing w:after="0" w:line="240" w:lineRule="auto"/>
              <w:jc w:val="center"/>
            </w:pPr>
          </w:p>
        </w:tc>
      </w:tr>
    </w:tbl>
    <w:p w14:paraId="36B4F352" w14:textId="77777777" w:rsidR="00F83CC4" w:rsidRDefault="00F83CC4">
      <w:pPr>
        <w:spacing w:after="20"/>
      </w:pPr>
    </w:p>
    <w:p w14:paraId="56E76C80" w14:textId="77777777" w:rsidR="00F83CC4" w:rsidRDefault="00000000">
      <w:pPr>
        <w:spacing w:before="160" w:after="120" w:line="240" w:lineRule="auto"/>
        <w:jc w:val="center"/>
      </w:pPr>
      <w:r>
        <w:rPr>
          <w:rFonts w:cs="Times New Roman"/>
          <w:b/>
        </w:rPr>
        <w:t>BẢNG THEO DÕI NỘI DUNG SỬA ĐỔI, BỔ SUNG</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701"/>
        <w:gridCol w:w="5669"/>
        <w:gridCol w:w="1701"/>
      </w:tblGrid>
      <w:tr w:rsidR="00F83CC4" w14:paraId="117E2B5E" w14:textId="77777777">
        <w:trPr>
          <w:tblHeader/>
          <w:jc w:val="center"/>
        </w:trPr>
        <w:tc>
          <w:tcPr>
            <w:tcW w:w="1701" w:type="dxa"/>
            <w:shd w:val="clear" w:color="auto" w:fill="D9EAD3"/>
            <w:tcMar>
              <w:top w:w="70" w:type="dxa"/>
              <w:left w:w="70" w:type="dxa"/>
              <w:bottom w:w="70" w:type="dxa"/>
              <w:right w:w="70" w:type="dxa"/>
            </w:tcMar>
            <w:vAlign w:val="center"/>
          </w:tcPr>
          <w:p w14:paraId="073A50EE" w14:textId="77777777" w:rsidR="00F83CC4" w:rsidRDefault="00000000">
            <w:pPr>
              <w:spacing w:after="0" w:line="240" w:lineRule="auto"/>
              <w:jc w:val="center"/>
            </w:pPr>
            <w:r>
              <w:rPr>
                <w:rFonts w:cs="Times New Roman"/>
                <w:b/>
              </w:rPr>
              <w:t>Trang/mục</w:t>
            </w:r>
          </w:p>
        </w:tc>
        <w:tc>
          <w:tcPr>
            <w:tcW w:w="5669" w:type="dxa"/>
            <w:shd w:val="clear" w:color="auto" w:fill="D9EAD3"/>
            <w:tcMar>
              <w:top w:w="70" w:type="dxa"/>
              <w:left w:w="70" w:type="dxa"/>
              <w:bottom w:w="70" w:type="dxa"/>
              <w:right w:w="70" w:type="dxa"/>
            </w:tcMar>
            <w:vAlign w:val="center"/>
          </w:tcPr>
          <w:p w14:paraId="633F798C" w14:textId="77777777" w:rsidR="00F83CC4" w:rsidRDefault="00000000">
            <w:pPr>
              <w:spacing w:after="0" w:line="240" w:lineRule="auto"/>
              <w:jc w:val="center"/>
            </w:pPr>
            <w:r>
              <w:rPr>
                <w:rFonts w:cs="Times New Roman"/>
                <w:b/>
              </w:rPr>
              <w:t>Tóm tắt nội dung sửa đổi, bổ sung</w:t>
            </w:r>
          </w:p>
        </w:tc>
        <w:tc>
          <w:tcPr>
            <w:tcW w:w="1701" w:type="dxa"/>
            <w:shd w:val="clear" w:color="auto" w:fill="D9EAD3"/>
            <w:tcMar>
              <w:top w:w="70" w:type="dxa"/>
              <w:left w:w="70" w:type="dxa"/>
              <w:bottom w:w="70" w:type="dxa"/>
              <w:right w:w="70" w:type="dxa"/>
            </w:tcMar>
            <w:vAlign w:val="center"/>
          </w:tcPr>
          <w:p w14:paraId="1526EDD1" w14:textId="77777777" w:rsidR="00F83CC4" w:rsidRDefault="00000000">
            <w:pPr>
              <w:spacing w:after="0" w:line="240" w:lineRule="auto"/>
              <w:jc w:val="center"/>
            </w:pPr>
            <w:r>
              <w:rPr>
                <w:rFonts w:cs="Times New Roman"/>
                <w:b/>
              </w:rPr>
              <w:t>Ngày</w:t>
            </w:r>
          </w:p>
        </w:tc>
      </w:tr>
      <w:tr w:rsidR="00F83CC4" w14:paraId="49981CA0" w14:textId="77777777">
        <w:trPr>
          <w:jc w:val="center"/>
        </w:trPr>
        <w:tc>
          <w:tcPr>
            <w:tcW w:w="1701" w:type="dxa"/>
            <w:tcMar>
              <w:top w:w="70" w:type="dxa"/>
              <w:left w:w="70" w:type="dxa"/>
              <w:bottom w:w="70" w:type="dxa"/>
              <w:right w:w="70" w:type="dxa"/>
            </w:tcMar>
            <w:vAlign w:val="center"/>
          </w:tcPr>
          <w:p w14:paraId="305270B8" w14:textId="77777777" w:rsidR="00F83CC4" w:rsidRDefault="00F83CC4">
            <w:pPr>
              <w:spacing w:after="0" w:line="240" w:lineRule="auto"/>
              <w:jc w:val="center"/>
            </w:pPr>
          </w:p>
        </w:tc>
        <w:tc>
          <w:tcPr>
            <w:tcW w:w="5669" w:type="dxa"/>
            <w:tcMar>
              <w:top w:w="70" w:type="dxa"/>
              <w:left w:w="70" w:type="dxa"/>
              <w:bottom w:w="70" w:type="dxa"/>
              <w:right w:w="70" w:type="dxa"/>
            </w:tcMar>
            <w:vAlign w:val="center"/>
          </w:tcPr>
          <w:p w14:paraId="65BB05D4" w14:textId="77777777" w:rsidR="00F83CC4" w:rsidRDefault="00F83CC4">
            <w:pPr>
              <w:spacing w:after="0" w:line="240" w:lineRule="auto"/>
              <w:jc w:val="center"/>
            </w:pPr>
          </w:p>
        </w:tc>
        <w:tc>
          <w:tcPr>
            <w:tcW w:w="1701" w:type="dxa"/>
            <w:tcMar>
              <w:top w:w="70" w:type="dxa"/>
              <w:left w:w="70" w:type="dxa"/>
              <w:bottom w:w="70" w:type="dxa"/>
              <w:right w:w="70" w:type="dxa"/>
            </w:tcMar>
            <w:vAlign w:val="center"/>
          </w:tcPr>
          <w:p w14:paraId="52DB7EB1" w14:textId="77777777" w:rsidR="00F83CC4" w:rsidRDefault="00F83CC4">
            <w:pPr>
              <w:spacing w:after="0" w:line="240" w:lineRule="auto"/>
              <w:jc w:val="center"/>
            </w:pPr>
          </w:p>
        </w:tc>
      </w:tr>
      <w:tr w:rsidR="00F83CC4" w14:paraId="599ED5F7" w14:textId="77777777">
        <w:trPr>
          <w:jc w:val="center"/>
        </w:trPr>
        <w:tc>
          <w:tcPr>
            <w:tcW w:w="1701" w:type="dxa"/>
            <w:tcMar>
              <w:top w:w="70" w:type="dxa"/>
              <w:left w:w="70" w:type="dxa"/>
              <w:bottom w:w="70" w:type="dxa"/>
              <w:right w:w="70" w:type="dxa"/>
            </w:tcMar>
            <w:vAlign w:val="center"/>
          </w:tcPr>
          <w:p w14:paraId="6B8EF52C" w14:textId="77777777" w:rsidR="00F83CC4" w:rsidRDefault="00F83CC4">
            <w:pPr>
              <w:spacing w:after="0" w:line="240" w:lineRule="auto"/>
              <w:jc w:val="center"/>
            </w:pPr>
          </w:p>
        </w:tc>
        <w:tc>
          <w:tcPr>
            <w:tcW w:w="5669" w:type="dxa"/>
            <w:tcMar>
              <w:top w:w="70" w:type="dxa"/>
              <w:left w:w="70" w:type="dxa"/>
              <w:bottom w:w="70" w:type="dxa"/>
              <w:right w:w="70" w:type="dxa"/>
            </w:tcMar>
            <w:vAlign w:val="center"/>
          </w:tcPr>
          <w:p w14:paraId="66608B06" w14:textId="77777777" w:rsidR="00F83CC4" w:rsidRDefault="00F83CC4">
            <w:pPr>
              <w:spacing w:after="0" w:line="240" w:lineRule="auto"/>
              <w:jc w:val="center"/>
            </w:pPr>
          </w:p>
        </w:tc>
        <w:tc>
          <w:tcPr>
            <w:tcW w:w="1701" w:type="dxa"/>
            <w:tcMar>
              <w:top w:w="70" w:type="dxa"/>
              <w:left w:w="70" w:type="dxa"/>
              <w:bottom w:w="70" w:type="dxa"/>
              <w:right w:w="70" w:type="dxa"/>
            </w:tcMar>
            <w:vAlign w:val="center"/>
          </w:tcPr>
          <w:p w14:paraId="20C250B4" w14:textId="77777777" w:rsidR="00F83CC4" w:rsidRDefault="00F83CC4">
            <w:pPr>
              <w:spacing w:after="0" w:line="240" w:lineRule="auto"/>
              <w:jc w:val="center"/>
            </w:pPr>
          </w:p>
        </w:tc>
      </w:tr>
      <w:tr w:rsidR="00F83CC4" w14:paraId="3023A6A1" w14:textId="77777777">
        <w:trPr>
          <w:jc w:val="center"/>
        </w:trPr>
        <w:tc>
          <w:tcPr>
            <w:tcW w:w="1701" w:type="dxa"/>
            <w:tcMar>
              <w:top w:w="70" w:type="dxa"/>
              <w:left w:w="70" w:type="dxa"/>
              <w:bottom w:w="70" w:type="dxa"/>
              <w:right w:w="70" w:type="dxa"/>
            </w:tcMar>
            <w:vAlign w:val="center"/>
          </w:tcPr>
          <w:p w14:paraId="3D8356FF" w14:textId="77777777" w:rsidR="00F83CC4" w:rsidRDefault="00F83CC4">
            <w:pPr>
              <w:spacing w:after="0" w:line="240" w:lineRule="auto"/>
              <w:jc w:val="center"/>
            </w:pPr>
          </w:p>
        </w:tc>
        <w:tc>
          <w:tcPr>
            <w:tcW w:w="5669" w:type="dxa"/>
            <w:tcMar>
              <w:top w:w="70" w:type="dxa"/>
              <w:left w:w="70" w:type="dxa"/>
              <w:bottom w:w="70" w:type="dxa"/>
              <w:right w:w="70" w:type="dxa"/>
            </w:tcMar>
            <w:vAlign w:val="center"/>
          </w:tcPr>
          <w:p w14:paraId="72AD4E8C" w14:textId="77777777" w:rsidR="00F83CC4" w:rsidRDefault="00F83CC4">
            <w:pPr>
              <w:spacing w:after="0" w:line="240" w:lineRule="auto"/>
              <w:jc w:val="center"/>
            </w:pPr>
          </w:p>
        </w:tc>
        <w:tc>
          <w:tcPr>
            <w:tcW w:w="1701" w:type="dxa"/>
            <w:tcMar>
              <w:top w:w="70" w:type="dxa"/>
              <w:left w:w="70" w:type="dxa"/>
              <w:bottom w:w="70" w:type="dxa"/>
              <w:right w:w="70" w:type="dxa"/>
            </w:tcMar>
            <w:vAlign w:val="center"/>
          </w:tcPr>
          <w:p w14:paraId="7DAB4FDC" w14:textId="77777777" w:rsidR="00F83CC4" w:rsidRDefault="00F83CC4">
            <w:pPr>
              <w:spacing w:after="0" w:line="240" w:lineRule="auto"/>
              <w:jc w:val="center"/>
            </w:pPr>
          </w:p>
        </w:tc>
      </w:tr>
      <w:tr w:rsidR="00F83CC4" w14:paraId="30E6B9F6" w14:textId="77777777">
        <w:trPr>
          <w:jc w:val="center"/>
        </w:trPr>
        <w:tc>
          <w:tcPr>
            <w:tcW w:w="1701" w:type="dxa"/>
            <w:tcMar>
              <w:top w:w="70" w:type="dxa"/>
              <w:left w:w="70" w:type="dxa"/>
              <w:bottom w:w="70" w:type="dxa"/>
              <w:right w:w="70" w:type="dxa"/>
            </w:tcMar>
            <w:vAlign w:val="center"/>
          </w:tcPr>
          <w:p w14:paraId="62BC4421" w14:textId="77777777" w:rsidR="00F83CC4" w:rsidRDefault="00F83CC4">
            <w:pPr>
              <w:spacing w:after="0" w:line="240" w:lineRule="auto"/>
              <w:jc w:val="center"/>
            </w:pPr>
          </w:p>
        </w:tc>
        <w:tc>
          <w:tcPr>
            <w:tcW w:w="5669" w:type="dxa"/>
            <w:tcMar>
              <w:top w:w="70" w:type="dxa"/>
              <w:left w:w="70" w:type="dxa"/>
              <w:bottom w:w="70" w:type="dxa"/>
              <w:right w:w="70" w:type="dxa"/>
            </w:tcMar>
            <w:vAlign w:val="center"/>
          </w:tcPr>
          <w:p w14:paraId="6B8E976D" w14:textId="77777777" w:rsidR="00F83CC4" w:rsidRDefault="00F83CC4">
            <w:pPr>
              <w:spacing w:after="0" w:line="240" w:lineRule="auto"/>
              <w:jc w:val="center"/>
            </w:pPr>
          </w:p>
        </w:tc>
        <w:tc>
          <w:tcPr>
            <w:tcW w:w="1701" w:type="dxa"/>
            <w:tcMar>
              <w:top w:w="70" w:type="dxa"/>
              <w:left w:w="70" w:type="dxa"/>
              <w:bottom w:w="70" w:type="dxa"/>
              <w:right w:w="70" w:type="dxa"/>
            </w:tcMar>
            <w:vAlign w:val="center"/>
          </w:tcPr>
          <w:p w14:paraId="585430F3" w14:textId="77777777" w:rsidR="00F83CC4" w:rsidRDefault="00F83CC4">
            <w:pPr>
              <w:spacing w:after="0" w:line="240" w:lineRule="auto"/>
              <w:jc w:val="center"/>
            </w:pPr>
          </w:p>
        </w:tc>
      </w:tr>
    </w:tbl>
    <w:p w14:paraId="1E78EA7C" w14:textId="77777777" w:rsidR="00F83CC4" w:rsidRDefault="00F83CC4">
      <w:pPr>
        <w:spacing w:after="20"/>
      </w:pPr>
    </w:p>
    <w:p w14:paraId="1FC861E7" w14:textId="77777777" w:rsidR="00F83CC4" w:rsidRDefault="00000000">
      <w:pPr>
        <w:spacing w:before="160" w:after="120" w:line="240" w:lineRule="auto"/>
        <w:jc w:val="center"/>
      </w:pPr>
      <w:r>
        <w:rPr>
          <w:rFonts w:cs="Times New Roman"/>
          <w:b/>
        </w:rPr>
        <w:t>TÀI LIỆU NÀY ĐƯỢC PHÂN PHÁT TỚI</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850"/>
        <w:gridCol w:w="5669"/>
        <w:gridCol w:w="2551"/>
      </w:tblGrid>
      <w:tr w:rsidR="00F83CC4" w14:paraId="609B8B39" w14:textId="77777777">
        <w:trPr>
          <w:tblHeader/>
          <w:jc w:val="center"/>
        </w:trPr>
        <w:tc>
          <w:tcPr>
            <w:tcW w:w="850" w:type="dxa"/>
            <w:shd w:val="clear" w:color="auto" w:fill="D9EAD3"/>
            <w:tcMar>
              <w:top w:w="70" w:type="dxa"/>
              <w:left w:w="70" w:type="dxa"/>
              <w:bottom w:w="70" w:type="dxa"/>
              <w:right w:w="70" w:type="dxa"/>
            </w:tcMar>
            <w:vAlign w:val="center"/>
          </w:tcPr>
          <w:p w14:paraId="6560A000" w14:textId="77777777" w:rsidR="00F83CC4" w:rsidRDefault="00000000">
            <w:pPr>
              <w:spacing w:after="0" w:line="240" w:lineRule="auto"/>
              <w:jc w:val="center"/>
            </w:pPr>
            <w:r>
              <w:rPr>
                <w:rFonts w:cs="Times New Roman"/>
                <w:b/>
              </w:rPr>
              <w:t>TT</w:t>
            </w:r>
          </w:p>
        </w:tc>
        <w:tc>
          <w:tcPr>
            <w:tcW w:w="5669" w:type="dxa"/>
            <w:shd w:val="clear" w:color="auto" w:fill="D9EAD3"/>
            <w:tcMar>
              <w:top w:w="70" w:type="dxa"/>
              <w:left w:w="70" w:type="dxa"/>
              <w:bottom w:w="70" w:type="dxa"/>
              <w:right w:w="70" w:type="dxa"/>
            </w:tcMar>
            <w:vAlign w:val="center"/>
          </w:tcPr>
          <w:p w14:paraId="46E70BF9" w14:textId="77777777" w:rsidR="00F83CC4" w:rsidRDefault="00000000">
            <w:pPr>
              <w:spacing w:after="0" w:line="240" w:lineRule="auto"/>
              <w:jc w:val="center"/>
            </w:pPr>
            <w:r>
              <w:rPr>
                <w:rFonts w:cs="Times New Roman"/>
                <w:b/>
              </w:rPr>
              <w:t>Bộ phận/người nhận</w:t>
            </w:r>
          </w:p>
        </w:tc>
        <w:tc>
          <w:tcPr>
            <w:tcW w:w="2551" w:type="dxa"/>
            <w:shd w:val="clear" w:color="auto" w:fill="D9EAD3"/>
            <w:tcMar>
              <w:top w:w="70" w:type="dxa"/>
              <w:left w:w="70" w:type="dxa"/>
              <w:bottom w:w="70" w:type="dxa"/>
              <w:right w:w="70" w:type="dxa"/>
            </w:tcMar>
            <w:vAlign w:val="center"/>
          </w:tcPr>
          <w:p w14:paraId="28C31F7B" w14:textId="77777777" w:rsidR="00F83CC4" w:rsidRDefault="00000000">
            <w:pPr>
              <w:spacing w:after="0" w:line="240" w:lineRule="auto"/>
              <w:jc w:val="center"/>
            </w:pPr>
            <w:r>
              <w:rPr>
                <w:rFonts w:cs="Times New Roman"/>
                <w:b/>
              </w:rPr>
              <w:t>Phân phát</w:t>
            </w:r>
          </w:p>
        </w:tc>
      </w:tr>
      <w:tr w:rsidR="00F83CC4" w14:paraId="3DB0C39F" w14:textId="77777777">
        <w:trPr>
          <w:jc w:val="center"/>
        </w:trPr>
        <w:tc>
          <w:tcPr>
            <w:tcW w:w="850" w:type="dxa"/>
            <w:tcMar>
              <w:top w:w="70" w:type="dxa"/>
              <w:left w:w="70" w:type="dxa"/>
              <w:bottom w:w="70" w:type="dxa"/>
              <w:right w:w="70" w:type="dxa"/>
            </w:tcMar>
            <w:vAlign w:val="center"/>
          </w:tcPr>
          <w:p w14:paraId="4A38E5DE" w14:textId="77777777" w:rsidR="00F83CC4" w:rsidRDefault="00000000">
            <w:pPr>
              <w:spacing w:after="0" w:line="240" w:lineRule="auto"/>
              <w:jc w:val="center"/>
            </w:pPr>
            <w:r>
              <w:rPr>
                <w:rFonts w:cs="Times New Roman"/>
              </w:rPr>
              <w:t>1</w:t>
            </w:r>
          </w:p>
        </w:tc>
        <w:tc>
          <w:tcPr>
            <w:tcW w:w="5669" w:type="dxa"/>
            <w:tcMar>
              <w:top w:w="70" w:type="dxa"/>
              <w:left w:w="70" w:type="dxa"/>
              <w:bottom w:w="70" w:type="dxa"/>
              <w:right w:w="70" w:type="dxa"/>
            </w:tcMar>
            <w:vAlign w:val="center"/>
          </w:tcPr>
          <w:p w14:paraId="03D75F87" w14:textId="77777777" w:rsidR="00F83CC4" w:rsidRDefault="00000000">
            <w:pPr>
              <w:spacing w:after="0" w:line="240" w:lineRule="auto"/>
              <w:jc w:val="center"/>
            </w:pPr>
            <w:r>
              <w:rPr>
                <w:rFonts w:cs="Times New Roman"/>
              </w:rPr>
              <w:t>Chủ cơ sở</w:t>
            </w:r>
          </w:p>
        </w:tc>
        <w:tc>
          <w:tcPr>
            <w:tcW w:w="2551" w:type="dxa"/>
            <w:tcMar>
              <w:top w:w="70" w:type="dxa"/>
              <w:left w:w="70" w:type="dxa"/>
              <w:bottom w:w="70" w:type="dxa"/>
              <w:right w:w="70" w:type="dxa"/>
            </w:tcMar>
            <w:vAlign w:val="center"/>
          </w:tcPr>
          <w:p w14:paraId="78786467" w14:textId="77777777" w:rsidR="00F83CC4" w:rsidRDefault="00000000">
            <w:pPr>
              <w:spacing w:after="0" w:line="240" w:lineRule="auto"/>
              <w:jc w:val="center"/>
            </w:pPr>
            <w:r>
              <w:rPr>
                <w:rFonts w:cs="Times New Roman"/>
              </w:rPr>
              <w:t>Có</w:t>
            </w:r>
          </w:p>
        </w:tc>
      </w:tr>
      <w:tr w:rsidR="00F83CC4" w14:paraId="4B054CB5" w14:textId="77777777">
        <w:trPr>
          <w:jc w:val="center"/>
        </w:trPr>
        <w:tc>
          <w:tcPr>
            <w:tcW w:w="850" w:type="dxa"/>
            <w:tcMar>
              <w:top w:w="70" w:type="dxa"/>
              <w:left w:w="70" w:type="dxa"/>
              <w:bottom w:w="70" w:type="dxa"/>
              <w:right w:w="70" w:type="dxa"/>
            </w:tcMar>
            <w:vAlign w:val="center"/>
          </w:tcPr>
          <w:p w14:paraId="414D7C82" w14:textId="77777777" w:rsidR="00F83CC4" w:rsidRDefault="00000000">
            <w:pPr>
              <w:spacing w:after="0" w:line="240" w:lineRule="auto"/>
              <w:jc w:val="center"/>
            </w:pPr>
            <w:r>
              <w:rPr>
                <w:rFonts w:cs="Times New Roman"/>
              </w:rPr>
              <w:t>2</w:t>
            </w:r>
          </w:p>
        </w:tc>
        <w:tc>
          <w:tcPr>
            <w:tcW w:w="5669" w:type="dxa"/>
            <w:tcMar>
              <w:top w:w="70" w:type="dxa"/>
              <w:left w:w="70" w:type="dxa"/>
              <w:bottom w:w="70" w:type="dxa"/>
              <w:right w:w="70" w:type="dxa"/>
            </w:tcMar>
            <w:vAlign w:val="center"/>
          </w:tcPr>
          <w:p w14:paraId="54AE6795" w14:textId="77777777" w:rsidR="00F83CC4" w:rsidRDefault="00000000">
            <w:pPr>
              <w:spacing w:after="0" w:line="240" w:lineRule="auto"/>
            </w:pPr>
            <w:r>
              <w:rPr>
                <w:rFonts w:cs="Times New Roman"/>
              </w:rPr>
              <w:t>Bộ phận tiếp nhận nguyên liệu</w:t>
            </w:r>
          </w:p>
        </w:tc>
        <w:tc>
          <w:tcPr>
            <w:tcW w:w="2551" w:type="dxa"/>
            <w:tcMar>
              <w:top w:w="70" w:type="dxa"/>
              <w:left w:w="70" w:type="dxa"/>
              <w:bottom w:w="70" w:type="dxa"/>
              <w:right w:w="70" w:type="dxa"/>
            </w:tcMar>
            <w:vAlign w:val="center"/>
          </w:tcPr>
          <w:p w14:paraId="41C8AF99" w14:textId="77777777" w:rsidR="00F83CC4" w:rsidRDefault="00000000">
            <w:pPr>
              <w:spacing w:after="0" w:line="240" w:lineRule="auto"/>
              <w:jc w:val="center"/>
            </w:pPr>
            <w:r>
              <w:rPr>
                <w:rFonts w:cs="Times New Roman"/>
              </w:rPr>
              <w:t>Có</w:t>
            </w:r>
          </w:p>
        </w:tc>
      </w:tr>
      <w:tr w:rsidR="00F83CC4" w14:paraId="6D9AA06A" w14:textId="77777777">
        <w:trPr>
          <w:jc w:val="center"/>
        </w:trPr>
        <w:tc>
          <w:tcPr>
            <w:tcW w:w="850" w:type="dxa"/>
            <w:tcMar>
              <w:top w:w="70" w:type="dxa"/>
              <w:left w:w="70" w:type="dxa"/>
              <w:bottom w:w="70" w:type="dxa"/>
              <w:right w:w="70" w:type="dxa"/>
            </w:tcMar>
            <w:vAlign w:val="center"/>
          </w:tcPr>
          <w:p w14:paraId="255CAA93" w14:textId="77777777" w:rsidR="00F83CC4" w:rsidRDefault="00000000">
            <w:pPr>
              <w:spacing w:after="0" w:line="240" w:lineRule="auto"/>
              <w:jc w:val="center"/>
            </w:pPr>
            <w:r>
              <w:rPr>
                <w:rFonts w:cs="Times New Roman"/>
              </w:rPr>
              <w:t>3</w:t>
            </w:r>
          </w:p>
        </w:tc>
        <w:tc>
          <w:tcPr>
            <w:tcW w:w="5669" w:type="dxa"/>
            <w:tcMar>
              <w:top w:w="70" w:type="dxa"/>
              <w:left w:w="70" w:type="dxa"/>
              <w:bottom w:w="70" w:type="dxa"/>
              <w:right w:w="70" w:type="dxa"/>
            </w:tcMar>
            <w:vAlign w:val="center"/>
          </w:tcPr>
          <w:p w14:paraId="6F0895AD" w14:textId="77777777" w:rsidR="00F83CC4" w:rsidRDefault="00000000">
            <w:pPr>
              <w:spacing w:after="0" w:line="240" w:lineRule="auto"/>
              <w:jc w:val="center"/>
            </w:pPr>
            <w:r>
              <w:rPr>
                <w:rFonts w:cs="Times New Roman"/>
              </w:rPr>
              <w:t>Bộ phận kinh doanh</w:t>
            </w:r>
          </w:p>
        </w:tc>
        <w:tc>
          <w:tcPr>
            <w:tcW w:w="2551" w:type="dxa"/>
            <w:tcMar>
              <w:top w:w="70" w:type="dxa"/>
              <w:left w:w="70" w:type="dxa"/>
              <w:bottom w:w="70" w:type="dxa"/>
              <w:right w:w="70" w:type="dxa"/>
            </w:tcMar>
            <w:vAlign w:val="center"/>
          </w:tcPr>
          <w:p w14:paraId="37630A9B" w14:textId="77777777" w:rsidR="00F83CC4" w:rsidRDefault="00000000">
            <w:pPr>
              <w:spacing w:after="0" w:line="240" w:lineRule="auto"/>
              <w:jc w:val="center"/>
            </w:pPr>
            <w:r>
              <w:rPr>
                <w:rFonts w:cs="Times New Roman"/>
              </w:rPr>
              <w:t>Có</w:t>
            </w:r>
          </w:p>
        </w:tc>
      </w:tr>
      <w:tr w:rsidR="00F83CC4" w14:paraId="407854B6" w14:textId="77777777">
        <w:trPr>
          <w:jc w:val="center"/>
        </w:trPr>
        <w:tc>
          <w:tcPr>
            <w:tcW w:w="850" w:type="dxa"/>
            <w:tcMar>
              <w:top w:w="70" w:type="dxa"/>
              <w:left w:w="70" w:type="dxa"/>
              <w:bottom w:w="70" w:type="dxa"/>
              <w:right w:w="70" w:type="dxa"/>
            </w:tcMar>
            <w:vAlign w:val="center"/>
          </w:tcPr>
          <w:p w14:paraId="600906FB" w14:textId="77777777" w:rsidR="00F83CC4" w:rsidRDefault="00000000">
            <w:pPr>
              <w:spacing w:after="0" w:line="240" w:lineRule="auto"/>
              <w:jc w:val="center"/>
            </w:pPr>
            <w:r>
              <w:rPr>
                <w:rFonts w:cs="Times New Roman"/>
              </w:rPr>
              <w:t>4</w:t>
            </w:r>
          </w:p>
        </w:tc>
        <w:tc>
          <w:tcPr>
            <w:tcW w:w="5669" w:type="dxa"/>
            <w:tcMar>
              <w:top w:w="70" w:type="dxa"/>
              <w:left w:w="70" w:type="dxa"/>
              <w:bottom w:w="70" w:type="dxa"/>
              <w:right w:w="70" w:type="dxa"/>
            </w:tcMar>
            <w:vAlign w:val="center"/>
          </w:tcPr>
          <w:p w14:paraId="555DAA6B" w14:textId="77777777" w:rsidR="00F83CC4" w:rsidRDefault="00000000">
            <w:pPr>
              <w:spacing w:after="0" w:line="240" w:lineRule="auto"/>
              <w:jc w:val="center"/>
            </w:pPr>
            <w:r>
              <w:rPr>
                <w:rFonts w:cs="Times New Roman"/>
              </w:rPr>
              <w:t>Bộ phận kỹ thuật</w:t>
            </w:r>
          </w:p>
        </w:tc>
        <w:tc>
          <w:tcPr>
            <w:tcW w:w="2551" w:type="dxa"/>
            <w:tcMar>
              <w:top w:w="70" w:type="dxa"/>
              <w:left w:w="70" w:type="dxa"/>
              <w:bottom w:w="70" w:type="dxa"/>
              <w:right w:w="70" w:type="dxa"/>
            </w:tcMar>
            <w:vAlign w:val="center"/>
          </w:tcPr>
          <w:p w14:paraId="055F9F8B" w14:textId="77777777" w:rsidR="00F83CC4" w:rsidRDefault="00000000">
            <w:pPr>
              <w:spacing w:after="0" w:line="240" w:lineRule="auto"/>
              <w:jc w:val="center"/>
            </w:pPr>
            <w:r>
              <w:rPr>
                <w:rFonts w:cs="Times New Roman"/>
              </w:rPr>
              <w:t>Có</w:t>
            </w:r>
          </w:p>
        </w:tc>
      </w:tr>
      <w:tr w:rsidR="00F83CC4" w14:paraId="3A0110F4" w14:textId="77777777">
        <w:trPr>
          <w:jc w:val="center"/>
        </w:trPr>
        <w:tc>
          <w:tcPr>
            <w:tcW w:w="850" w:type="dxa"/>
            <w:tcMar>
              <w:top w:w="70" w:type="dxa"/>
              <w:left w:w="70" w:type="dxa"/>
              <w:bottom w:w="70" w:type="dxa"/>
              <w:right w:w="70" w:type="dxa"/>
            </w:tcMar>
            <w:vAlign w:val="center"/>
          </w:tcPr>
          <w:p w14:paraId="6356B351" w14:textId="77777777" w:rsidR="00F83CC4" w:rsidRDefault="00000000">
            <w:pPr>
              <w:spacing w:after="0" w:line="240" w:lineRule="auto"/>
              <w:jc w:val="center"/>
            </w:pPr>
            <w:r>
              <w:rPr>
                <w:rFonts w:cs="Times New Roman"/>
              </w:rPr>
              <w:t>5</w:t>
            </w:r>
          </w:p>
        </w:tc>
        <w:tc>
          <w:tcPr>
            <w:tcW w:w="5669" w:type="dxa"/>
            <w:tcMar>
              <w:top w:w="70" w:type="dxa"/>
              <w:left w:w="70" w:type="dxa"/>
              <w:bottom w:w="70" w:type="dxa"/>
              <w:right w:w="70" w:type="dxa"/>
            </w:tcMar>
            <w:vAlign w:val="center"/>
          </w:tcPr>
          <w:p w14:paraId="102A052B" w14:textId="77777777" w:rsidR="00F83CC4" w:rsidRDefault="00000000">
            <w:pPr>
              <w:spacing w:after="0" w:line="240" w:lineRule="auto"/>
            </w:pPr>
            <w:r>
              <w:rPr>
                <w:rFonts w:cs="Times New Roman"/>
              </w:rPr>
              <w:t>Bộ phận sản xuất, đóng gói</w:t>
            </w:r>
          </w:p>
        </w:tc>
        <w:tc>
          <w:tcPr>
            <w:tcW w:w="2551" w:type="dxa"/>
            <w:tcMar>
              <w:top w:w="70" w:type="dxa"/>
              <w:left w:w="70" w:type="dxa"/>
              <w:bottom w:w="70" w:type="dxa"/>
              <w:right w:w="70" w:type="dxa"/>
            </w:tcMar>
            <w:vAlign w:val="center"/>
          </w:tcPr>
          <w:p w14:paraId="3714F4D3" w14:textId="77777777" w:rsidR="00F83CC4" w:rsidRDefault="00000000">
            <w:pPr>
              <w:spacing w:after="0" w:line="240" w:lineRule="auto"/>
              <w:jc w:val="center"/>
            </w:pPr>
            <w:r>
              <w:rPr>
                <w:rFonts w:cs="Times New Roman"/>
              </w:rPr>
              <w:t>Có</w:t>
            </w:r>
          </w:p>
        </w:tc>
      </w:tr>
    </w:tbl>
    <w:p w14:paraId="55F4335C" w14:textId="77777777" w:rsidR="00F83CC4" w:rsidRDefault="00F83CC4">
      <w:pPr>
        <w:spacing w:after="20"/>
      </w:pPr>
    </w:p>
    <w:p w14:paraId="14633EA5" w14:textId="77777777" w:rsidR="00F83CC4" w:rsidRDefault="00000000">
      <w:r>
        <w:br w:type="page"/>
      </w:r>
    </w:p>
    <w:p w14:paraId="3E66FAD6" w14:textId="77777777" w:rsidR="00F83CC4" w:rsidRDefault="00000000">
      <w:pPr>
        <w:spacing w:after="160" w:line="240" w:lineRule="auto"/>
      </w:pPr>
      <w:r>
        <w:rPr>
          <w:rFonts w:cs="Times New Roman"/>
          <w:b/>
          <w:sz w:val="28"/>
        </w:rPr>
        <w:lastRenderedPageBreak/>
        <w:t>2. QUY TRÌNH SẢN XUẤT</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247"/>
        <w:gridCol w:w="7937"/>
      </w:tblGrid>
      <w:tr w:rsidR="00F83CC4" w14:paraId="680F98C3" w14:textId="77777777">
        <w:trPr>
          <w:tblHeader/>
          <w:jc w:val="center"/>
        </w:trPr>
        <w:tc>
          <w:tcPr>
            <w:tcW w:w="1247" w:type="dxa"/>
            <w:shd w:val="clear" w:color="auto" w:fill="D9EAD3"/>
            <w:tcMar>
              <w:top w:w="70" w:type="dxa"/>
              <w:left w:w="70" w:type="dxa"/>
              <w:bottom w:w="70" w:type="dxa"/>
              <w:right w:w="70" w:type="dxa"/>
            </w:tcMar>
            <w:vAlign w:val="center"/>
          </w:tcPr>
          <w:p w14:paraId="0FB1B4BE" w14:textId="77777777" w:rsidR="00F83CC4" w:rsidRDefault="00000000">
            <w:pPr>
              <w:spacing w:after="0" w:line="240" w:lineRule="auto"/>
              <w:jc w:val="center"/>
            </w:pPr>
            <w:r>
              <w:rPr>
                <w:rFonts w:cs="Times New Roman"/>
                <w:b/>
              </w:rPr>
              <w:t>Bước</w:t>
            </w:r>
          </w:p>
        </w:tc>
        <w:tc>
          <w:tcPr>
            <w:tcW w:w="7937" w:type="dxa"/>
            <w:shd w:val="clear" w:color="auto" w:fill="D9EAD3"/>
            <w:tcMar>
              <w:top w:w="70" w:type="dxa"/>
              <w:left w:w="70" w:type="dxa"/>
              <w:bottom w:w="70" w:type="dxa"/>
              <w:right w:w="70" w:type="dxa"/>
            </w:tcMar>
            <w:vAlign w:val="center"/>
          </w:tcPr>
          <w:p w14:paraId="2F6F9E10" w14:textId="77777777" w:rsidR="00F83CC4" w:rsidRDefault="00000000">
            <w:pPr>
              <w:spacing w:after="0" w:line="240" w:lineRule="auto"/>
              <w:jc w:val="center"/>
            </w:pPr>
            <w:r>
              <w:rPr>
                <w:rFonts w:cs="Times New Roman"/>
                <w:b/>
              </w:rPr>
              <w:t>Công đoạn</w:t>
            </w:r>
          </w:p>
        </w:tc>
      </w:tr>
      <w:tr w:rsidR="00F83CC4" w14:paraId="3D450CFD" w14:textId="77777777">
        <w:trPr>
          <w:jc w:val="center"/>
        </w:trPr>
        <w:tc>
          <w:tcPr>
            <w:tcW w:w="1247" w:type="dxa"/>
            <w:tcMar>
              <w:top w:w="70" w:type="dxa"/>
              <w:left w:w="70" w:type="dxa"/>
              <w:bottom w:w="70" w:type="dxa"/>
              <w:right w:w="70" w:type="dxa"/>
            </w:tcMar>
            <w:vAlign w:val="center"/>
          </w:tcPr>
          <w:p w14:paraId="39645F96" w14:textId="77777777" w:rsidR="00F83CC4" w:rsidRDefault="00000000">
            <w:pPr>
              <w:spacing w:after="0" w:line="240" w:lineRule="auto"/>
              <w:jc w:val="center"/>
            </w:pPr>
            <w:r>
              <w:rPr>
                <w:rFonts w:cs="Times New Roman"/>
              </w:rPr>
              <w:t>1</w:t>
            </w:r>
          </w:p>
        </w:tc>
        <w:tc>
          <w:tcPr>
            <w:tcW w:w="7937" w:type="dxa"/>
            <w:tcMar>
              <w:top w:w="70" w:type="dxa"/>
              <w:left w:w="70" w:type="dxa"/>
              <w:bottom w:w="70" w:type="dxa"/>
              <w:right w:w="70" w:type="dxa"/>
            </w:tcMar>
            <w:vAlign w:val="center"/>
          </w:tcPr>
          <w:p w14:paraId="5AB3C2CD" w14:textId="77777777" w:rsidR="00F83CC4" w:rsidRDefault="00000000">
            <w:pPr>
              <w:spacing w:after="0" w:line="240" w:lineRule="auto"/>
            </w:pPr>
            <w:r>
              <w:rPr>
                <w:rFonts w:cs="Times New Roman"/>
              </w:rPr>
              <w:t>Nuôi ong và quản lý đàn ong</w:t>
            </w:r>
          </w:p>
        </w:tc>
      </w:tr>
      <w:tr w:rsidR="00F83CC4" w14:paraId="7DC3CAFC" w14:textId="77777777">
        <w:trPr>
          <w:jc w:val="center"/>
        </w:trPr>
        <w:tc>
          <w:tcPr>
            <w:tcW w:w="1247" w:type="dxa"/>
            <w:tcMar>
              <w:top w:w="70" w:type="dxa"/>
              <w:left w:w="70" w:type="dxa"/>
              <w:bottom w:w="70" w:type="dxa"/>
              <w:right w:w="70" w:type="dxa"/>
            </w:tcMar>
            <w:vAlign w:val="center"/>
          </w:tcPr>
          <w:p w14:paraId="1D100993" w14:textId="77777777" w:rsidR="00F83CC4" w:rsidRDefault="00000000">
            <w:pPr>
              <w:spacing w:after="0" w:line="240" w:lineRule="auto"/>
              <w:jc w:val="center"/>
            </w:pPr>
            <w:r>
              <w:rPr>
                <w:rFonts w:cs="Times New Roman"/>
              </w:rPr>
              <w:t>2</w:t>
            </w:r>
          </w:p>
        </w:tc>
        <w:tc>
          <w:tcPr>
            <w:tcW w:w="7937" w:type="dxa"/>
            <w:tcMar>
              <w:top w:w="70" w:type="dxa"/>
              <w:left w:w="70" w:type="dxa"/>
              <w:bottom w:w="70" w:type="dxa"/>
              <w:right w:w="70" w:type="dxa"/>
            </w:tcMar>
            <w:vAlign w:val="center"/>
          </w:tcPr>
          <w:p w14:paraId="0B4C00B5" w14:textId="77777777" w:rsidR="00F83CC4" w:rsidRDefault="00000000">
            <w:pPr>
              <w:spacing w:after="0" w:line="240" w:lineRule="auto"/>
              <w:jc w:val="center"/>
            </w:pPr>
            <w:r>
              <w:rPr>
                <w:rFonts w:cs="Times New Roman"/>
              </w:rPr>
              <w:t>Thu hoạch mật ong</w:t>
            </w:r>
          </w:p>
        </w:tc>
      </w:tr>
      <w:tr w:rsidR="00F83CC4" w14:paraId="3ADCFD73" w14:textId="77777777">
        <w:trPr>
          <w:jc w:val="center"/>
        </w:trPr>
        <w:tc>
          <w:tcPr>
            <w:tcW w:w="1247" w:type="dxa"/>
            <w:tcMar>
              <w:top w:w="70" w:type="dxa"/>
              <w:left w:w="70" w:type="dxa"/>
              <w:bottom w:w="70" w:type="dxa"/>
              <w:right w:w="70" w:type="dxa"/>
            </w:tcMar>
            <w:vAlign w:val="center"/>
          </w:tcPr>
          <w:p w14:paraId="5B4F1E54" w14:textId="77777777" w:rsidR="00F83CC4" w:rsidRDefault="00000000">
            <w:pPr>
              <w:spacing w:after="0" w:line="240" w:lineRule="auto"/>
              <w:jc w:val="center"/>
            </w:pPr>
            <w:r>
              <w:rPr>
                <w:rFonts w:cs="Times New Roman"/>
              </w:rPr>
              <w:t>3</w:t>
            </w:r>
          </w:p>
        </w:tc>
        <w:tc>
          <w:tcPr>
            <w:tcW w:w="7937" w:type="dxa"/>
            <w:tcMar>
              <w:top w:w="70" w:type="dxa"/>
              <w:left w:w="70" w:type="dxa"/>
              <w:bottom w:w="70" w:type="dxa"/>
              <w:right w:w="70" w:type="dxa"/>
            </w:tcMar>
            <w:vAlign w:val="center"/>
          </w:tcPr>
          <w:p w14:paraId="054B753B" w14:textId="77777777" w:rsidR="00F83CC4" w:rsidRDefault="00000000">
            <w:pPr>
              <w:spacing w:after="0" w:line="240" w:lineRule="auto"/>
            </w:pPr>
            <w:r>
              <w:rPr>
                <w:rFonts w:cs="Times New Roman"/>
              </w:rPr>
              <w:t>Tiếp nhận, kiểm tra mật ong nguyên liệu</w:t>
            </w:r>
          </w:p>
        </w:tc>
      </w:tr>
      <w:tr w:rsidR="00F83CC4" w14:paraId="6E4F0804" w14:textId="77777777">
        <w:trPr>
          <w:jc w:val="center"/>
        </w:trPr>
        <w:tc>
          <w:tcPr>
            <w:tcW w:w="1247" w:type="dxa"/>
            <w:tcMar>
              <w:top w:w="70" w:type="dxa"/>
              <w:left w:w="70" w:type="dxa"/>
              <w:bottom w:w="70" w:type="dxa"/>
              <w:right w:w="70" w:type="dxa"/>
            </w:tcMar>
            <w:vAlign w:val="center"/>
          </w:tcPr>
          <w:p w14:paraId="4AF3F447" w14:textId="77777777" w:rsidR="00F83CC4" w:rsidRDefault="00000000">
            <w:pPr>
              <w:spacing w:after="0" w:line="240" w:lineRule="auto"/>
              <w:jc w:val="center"/>
            </w:pPr>
            <w:r>
              <w:rPr>
                <w:rFonts w:cs="Times New Roman"/>
              </w:rPr>
              <w:t>4</w:t>
            </w:r>
          </w:p>
        </w:tc>
        <w:tc>
          <w:tcPr>
            <w:tcW w:w="7937" w:type="dxa"/>
            <w:tcMar>
              <w:top w:w="70" w:type="dxa"/>
              <w:left w:w="70" w:type="dxa"/>
              <w:bottom w:w="70" w:type="dxa"/>
              <w:right w:w="70" w:type="dxa"/>
            </w:tcMar>
            <w:vAlign w:val="center"/>
          </w:tcPr>
          <w:p w14:paraId="0BEF16EC" w14:textId="77777777" w:rsidR="00F83CC4" w:rsidRDefault="00000000">
            <w:pPr>
              <w:spacing w:after="0" w:line="240" w:lineRule="auto"/>
            </w:pPr>
            <w:r>
              <w:rPr>
                <w:rFonts w:cs="Times New Roman"/>
              </w:rPr>
              <w:t>Lọc mật, loại bỏ cặn sáp và tạp chất</w:t>
            </w:r>
          </w:p>
        </w:tc>
      </w:tr>
      <w:tr w:rsidR="00F83CC4" w14:paraId="168463EF" w14:textId="77777777">
        <w:trPr>
          <w:jc w:val="center"/>
        </w:trPr>
        <w:tc>
          <w:tcPr>
            <w:tcW w:w="1247" w:type="dxa"/>
            <w:tcMar>
              <w:top w:w="70" w:type="dxa"/>
              <w:left w:w="70" w:type="dxa"/>
              <w:bottom w:w="70" w:type="dxa"/>
              <w:right w:w="70" w:type="dxa"/>
            </w:tcMar>
            <w:vAlign w:val="center"/>
          </w:tcPr>
          <w:p w14:paraId="68F368B4" w14:textId="77777777" w:rsidR="00F83CC4" w:rsidRDefault="00000000">
            <w:pPr>
              <w:spacing w:after="0" w:line="240" w:lineRule="auto"/>
              <w:jc w:val="center"/>
            </w:pPr>
            <w:r>
              <w:rPr>
                <w:rFonts w:cs="Times New Roman"/>
              </w:rPr>
              <w:t>5</w:t>
            </w:r>
          </w:p>
        </w:tc>
        <w:tc>
          <w:tcPr>
            <w:tcW w:w="7937" w:type="dxa"/>
            <w:tcMar>
              <w:top w:w="70" w:type="dxa"/>
              <w:left w:w="70" w:type="dxa"/>
              <w:bottom w:w="70" w:type="dxa"/>
              <w:right w:w="70" w:type="dxa"/>
            </w:tcMar>
            <w:vAlign w:val="center"/>
          </w:tcPr>
          <w:p w14:paraId="5D04A6EB" w14:textId="77777777" w:rsidR="00F83CC4" w:rsidRDefault="00000000">
            <w:pPr>
              <w:spacing w:after="0" w:line="240" w:lineRule="auto"/>
            </w:pPr>
            <w:r>
              <w:rPr>
                <w:rFonts w:cs="Times New Roman"/>
              </w:rPr>
              <w:t>Hạ thủy phần (theo số liệu lô thực tế)</w:t>
            </w:r>
          </w:p>
        </w:tc>
      </w:tr>
      <w:tr w:rsidR="00F83CC4" w14:paraId="026F046F" w14:textId="77777777">
        <w:trPr>
          <w:jc w:val="center"/>
        </w:trPr>
        <w:tc>
          <w:tcPr>
            <w:tcW w:w="1247" w:type="dxa"/>
            <w:tcMar>
              <w:top w:w="70" w:type="dxa"/>
              <w:left w:w="70" w:type="dxa"/>
              <w:bottom w:w="70" w:type="dxa"/>
              <w:right w:w="70" w:type="dxa"/>
            </w:tcMar>
            <w:vAlign w:val="center"/>
          </w:tcPr>
          <w:p w14:paraId="6FFA8424" w14:textId="77777777" w:rsidR="00F83CC4" w:rsidRDefault="00000000">
            <w:pPr>
              <w:spacing w:after="0" w:line="240" w:lineRule="auto"/>
              <w:jc w:val="center"/>
            </w:pPr>
            <w:r>
              <w:rPr>
                <w:rFonts w:cs="Times New Roman"/>
              </w:rPr>
              <w:t>6</w:t>
            </w:r>
          </w:p>
        </w:tc>
        <w:tc>
          <w:tcPr>
            <w:tcW w:w="7937" w:type="dxa"/>
            <w:tcMar>
              <w:top w:w="70" w:type="dxa"/>
              <w:left w:w="70" w:type="dxa"/>
              <w:bottom w:w="70" w:type="dxa"/>
              <w:right w:w="70" w:type="dxa"/>
            </w:tcMar>
            <w:vAlign w:val="center"/>
          </w:tcPr>
          <w:p w14:paraId="78AC3B62" w14:textId="77777777" w:rsidR="00F83CC4" w:rsidRDefault="00000000">
            <w:pPr>
              <w:spacing w:after="0" w:line="240" w:lineRule="auto"/>
            </w:pPr>
            <w:r>
              <w:rPr>
                <w:rFonts w:cs="Times New Roman"/>
              </w:rPr>
              <w:t>Kiểm tra chất lượng trước đóng gói</w:t>
            </w:r>
          </w:p>
        </w:tc>
      </w:tr>
      <w:tr w:rsidR="00F83CC4" w14:paraId="238BFF38" w14:textId="77777777">
        <w:trPr>
          <w:jc w:val="center"/>
        </w:trPr>
        <w:tc>
          <w:tcPr>
            <w:tcW w:w="1247" w:type="dxa"/>
            <w:tcMar>
              <w:top w:w="70" w:type="dxa"/>
              <w:left w:w="70" w:type="dxa"/>
              <w:bottom w:w="70" w:type="dxa"/>
              <w:right w:w="70" w:type="dxa"/>
            </w:tcMar>
            <w:vAlign w:val="center"/>
          </w:tcPr>
          <w:p w14:paraId="7809C41A" w14:textId="77777777" w:rsidR="00F83CC4" w:rsidRDefault="00000000">
            <w:pPr>
              <w:spacing w:after="0" w:line="240" w:lineRule="auto"/>
              <w:jc w:val="center"/>
            </w:pPr>
            <w:r>
              <w:rPr>
                <w:rFonts w:cs="Times New Roman"/>
              </w:rPr>
              <w:t>7</w:t>
            </w:r>
          </w:p>
        </w:tc>
        <w:tc>
          <w:tcPr>
            <w:tcW w:w="7937" w:type="dxa"/>
            <w:tcMar>
              <w:top w:w="70" w:type="dxa"/>
              <w:left w:w="70" w:type="dxa"/>
              <w:bottom w:w="70" w:type="dxa"/>
              <w:right w:w="70" w:type="dxa"/>
            </w:tcMar>
            <w:vAlign w:val="center"/>
          </w:tcPr>
          <w:p w14:paraId="29B518FA" w14:textId="77777777" w:rsidR="00F83CC4" w:rsidRDefault="00000000">
            <w:pPr>
              <w:spacing w:after="0" w:line="240" w:lineRule="auto"/>
            </w:pPr>
            <w:r>
              <w:rPr>
                <w:rFonts w:cs="Times New Roman"/>
              </w:rPr>
              <w:t>Chiết rót, đóng chai, dán nhãn và mã truy xuất</w:t>
            </w:r>
          </w:p>
        </w:tc>
      </w:tr>
      <w:tr w:rsidR="00F83CC4" w14:paraId="5E68F55A" w14:textId="77777777">
        <w:trPr>
          <w:jc w:val="center"/>
        </w:trPr>
        <w:tc>
          <w:tcPr>
            <w:tcW w:w="1247" w:type="dxa"/>
            <w:tcMar>
              <w:top w:w="70" w:type="dxa"/>
              <w:left w:w="70" w:type="dxa"/>
              <w:bottom w:w="70" w:type="dxa"/>
              <w:right w:w="70" w:type="dxa"/>
            </w:tcMar>
            <w:vAlign w:val="center"/>
          </w:tcPr>
          <w:p w14:paraId="4CCADD5C" w14:textId="77777777" w:rsidR="00F83CC4" w:rsidRDefault="00000000">
            <w:pPr>
              <w:spacing w:after="0" w:line="240" w:lineRule="auto"/>
              <w:jc w:val="center"/>
            </w:pPr>
            <w:r>
              <w:rPr>
                <w:rFonts w:cs="Times New Roman"/>
              </w:rPr>
              <w:t>8</w:t>
            </w:r>
          </w:p>
        </w:tc>
        <w:tc>
          <w:tcPr>
            <w:tcW w:w="7937" w:type="dxa"/>
            <w:tcMar>
              <w:top w:w="70" w:type="dxa"/>
              <w:left w:w="70" w:type="dxa"/>
              <w:bottom w:w="70" w:type="dxa"/>
              <w:right w:w="70" w:type="dxa"/>
            </w:tcMar>
            <w:vAlign w:val="center"/>
          </w:tcPr>
          <w:p w14:paraId="1D9B0058" w14:textId="77777777" w:rsidR="00F83CC4" w:rsidRDefault="00000000">
            <w:pPr>
              <w:spacing w:after="0" w:line="240" w:lineRule="auto"/>
              <w:jc w:val="center"/>
            </w:pPr>
            <w:r>
              <w:rPr>
                <w:rFonts w:cs="Times New Roman"/>
              </w:rPr>
              <w:t>Bảo quản thành phẩm</w:t>
            </w:r>
          </w:p>
        </w:tc>
      </w:tr>
      <w:tr w:rsidR="00F83CC4" w14:paraId="031F9D4B" w14:textId="77777777">
        <w:trPr>
          <w:jc w:val="center"/>
        </w:trPr>
        <w:tc>
          <w:tcPr>
            <w:tcW w:w="1247" w:type="dxa"/>
            <w:tcMar>
              <w:top w:w="70" w:type="dxa"/>
              <w:left w:w="70" w:type="dxa"/>
              <w:bottom w:w="70" w:type="dxa"/>
              <w:right w:w="70" w:type="dxa"/>
            </w:tcMar>
            <w:vAlign w:val="center"/>
          </w:tcPr>
          <w:p w14:paraId="7B995F2C" w14:textId="77777777" w:rsidR="00F83CC4" w:rsidRDefault="00000000">
            <w:pPr>
              <w:spacing w:after="0" w:line="240" w:lineRule="auto"/>
              <w:jc w:val="center"/>
            </w:pPr>
            <w:r>
              <w:rPr>
                <w:rFonts w:cs="Times New Roman"/>
              </w:rPr>
              <w:t>9</w:t>
            </w:r>
          </w:p>
        </w:tc>
        <w:tc>
          <w:tcPr>
            <w:tcW w:w="7937" w:type="dxa"/>
            <w:tcMar>
              <w:top w:w="70" w:type="dxa"/>
              <w:left w:w="70" w:type="dxa"/>
              <w:bottom w:w="70" w:type="dxa"/>
              <w:right w:w="70" w:type="dxa"/>
            </w:tcMar>
            <w:vAlign w:val="center"/>
          </w:tcPr>
          <w:p w14:paraId="45E52740" w14:textId="77777777" w:rsidR="00F83CC4" w:rsidRDefault="00000000">
            <w:pPr>
              <w:spacing w:after="0" w:line="240" w:lineRule="auto"/>
            </w:pPr>
            <w:r>
              <w:rPr>
                <w:rFonts w:cs="Times New Roman"/>
              </w:rPr>
              <w:t>Xuất bán, giao hàng và lưu hồ sơ truy xuất</w:t>
            </w:r>
          </w:p>
        </w:tc>
      </w:tr>
    </w:tbl>
    <w:p w14:paraId="6EE1EDF5" w14:textId="77777777" w:rsidR="00F83CC4" w:rsidRDefault="00F83CC4">
      <w:pPr>
        <w:spacing w:after="20"/>
      </w:pPr>
    </w:p>
    <w:p w14:paraId="6C72B42F" w14:textId="77777777" w:rsidR="00F83CC4" w:rsidRDefault="00000000">
      <w:pPr>
        <w:spacing w:after="80" w:line="240" w:lineRule="auto"/>
      </w:pPr>
      <w:r>
        <w:rPr>
          <w:rFonts w:cs="Times New Roman"/>
          <w:i/>
        </w:rPr>
        <w:t>Ghi chú: Quy trình được thể hiện theo hồ sơ và số liệu lô đã cung cấp. Công đoạn hạ thủy phần được ghi nhận có thực hiện đối với lô LPB.10.06.</w:t>
      </w:r>
    </w:p>
    <w:p w14:paraId="07775A4D" w14:textId="77777777" w:rsidR="00F83CC4" w:rsidRDefault="00000000">
      <w:pPr>
        <w:sectPr w:rsidR="00F83CC4">
          <w:footerReference w:type="default" r:id="rId8"/>
          <w:pgSz w:w="11906" w:h="16838"/>
          <w:pgMar w:top="1020" w:right="907" w:bottom="1020" w:left="907" w:header="720" w:footer="720" w:gutter="0"/>
          <w:cols w:space="720"/>
          <w:docGrid w:linePitch="360"/>
        </w:sectPr>
      </w:pPr>
      <w:r>
        <w:br w:type="page"/>
      </w:r>
    </w:p>
    <w:p w14:paraId="08CFECC1" w14:textId="77777777" w:rsidR="00F83CC4" w:rsidRDefault="00000000">
      <w:pPr>
        <w:spacing w:after="160" w:line="240" w:lineRule="auto"/>
      </w:pPr>
      <w:r>
        <w:rPr>
          <w:rFonts w:cs="Times New Roman"/>
          <w:b/>
          <w:sz w:val="28"/>
        </w:rPr>
        <w:lastRenderedPageBreak/>
        <w:t>3. KẾ HOẠCH KIỂM SOÁT CHẤT LƯỢNG</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2326"/>
        <w:gridCol w:w="2378"/>
        <w:gridCol w:w="1928"/>
        <w:gridCol w:w="1361"/>
        <w:gridCol w:w="1531"/>
        <w:gridCol w:w="1417"/>
        <w:gridCol w:w="1732"/>
        <w:gridCol w:w="1273"/>
      </w:tblGrid>
      <w:tr w:rsidR="00F83CC4" w14:paraId="56F9D102" w14:textId="77777777" w:rsidTr="00300E97">
        <w:trPr>
          <w:tblHeader/>
          <w:jc w:val="center"/>
        </w:trPr>
        <w:tc>
          <w:tcPr>
            <w:tcW w:w="2326" w:type="dxa"/>
            <w:shd w:val="clear" w:color="auto" w:fill="D9EAD3"/>
            <w:tcMar>
              <w:top w:w="70" w:type="dxa"/>
              <w:left w:w="70" w:type="dxa"/>
              <w:bottom w:w="70" w:type="dxa"/>
              <w:right w:w="70" w:type="dxa"/>
            </w:tcMar>
            <w:vAlign w:val="center"/>
          </w:tcPr>
          <w:p w14:paraId="2BBA651B" w14:textId="77777777" w:rsidR="00F83CC4" w:rsidRDefault="00000000">
            <w:pPr>
              <w:spacing w:after="0" w:line="240" w:lineRule="auto"/>
              <w:jc w:val="center"/>
            </w:pPr>
            <w:r>
              <w:rPr>
                <w:rFonts w:cs="Times New Roman"/>
                <w:b/>
              </w:rPr>
              <w:t>Công đoạn</w:t>
            </w:r>
          </w:p>
        </w:tc>
        <w:tc>
          <w:tcPr>
            <w:tcW w:w="2378" w:type="dxa"/>
            <w:shd w:val="clear" w:color="auto" w:fill="D9EAD3"/>
            <w:tcMar>
              <w:top w:w="70" w:type="dxa"/>
              <w:left w:w="70" w:type="dxa"/>
              <w:bottom w:w="70" w:type="dxa"/>
              <w:right w:w="70" w:type="dxa"/>
            </w:tcMar>
            <w:vAlign w:val="center"/>
          </w:tcPr>
          <w:p w14:paraId="28C5911B" w14:textId="77777777" w:rsidR="00F83CC4" w:rsidRDefault="00000000">
            <w:pPr>
              <w:spacing w:after="0" w:line="240" w:lineRule="auto"/>
              <w:jc w:val="center"/>
            </w:pPr>
            <w:r>
              <w:rPr>
                <w:rFonts w:cs="Times New Roman"/>
                <w:b/>
              </w:rPr>
              <w:t>Chỉ tiêu giám sát/kiểm soát</w:t>
            </w:r>
          </w:p>
        </w:tc>
        <w:tc>
          <w:tcPr>
            <w:tcW w:w="1928" w:type="dxa"/>
            <w:shd w:val="clear" w:color="auto" w:fill="D9EAD3"/>
            <w:tcMar>
              <w:top w:w="70" w:type="dxa"/>
              <w:left w:w="70" w:type="dxa"/>
              <w:bottom w:w="70" w:type="dxa"/>
              <w:right w:w="70" w:type="dxa"/>
            </w:tcMar>
            <w:vAlign w:val="center"/>
          </w:tcPr>
          <w:p w14:paraId="3E5C798C" w14:textId="77777777" w:rsidR="00F83CC4" w:rsidRDefault="00000000">
            <w:pPr>
              <w:spacing w:after="0" w:line="240" w:lineRule="auto"/>
              <w:jc w:val="center"/>
            </w:pPr>
            <w:r>
              <w:rPr>
                <w:rFonts w:cs="Times New Roman"/>
                <w:b/>
              </w:rPr>
              <w:t>Tiêu chuẩn/yêu cầu</w:t>
            </w:r>
          </w:p>
        </w:tc>
        <w:tc>
          <w:tcPr>
            <w:tcW w:w="1361" w:type="dxa"/>
            <w:shd w:val="clear" w:color="auto" w:fill="D9EAD3"/>
            <w:tcMar>
              <w:top w:w="70" w:type="dxa"/>
              <w:left w:w="70" w:type="dxa"/>
              <w:bottom w:w="70" w:type="dxa"/>
              <w:right w:w="70" w:type="dxa"/>
            </w:tcMar>
            <w:vAlign w:val="center"/>
          </w:tcPr>
          <w:p w14:paraId="7CAFC74C" w14:textId="77777777" w:rsidR="00F83CC4" w:rsidRDefault="00000000">
            <w:pPr>
              <w:spacing w:after="0" w:line="240" w:lineRule="auto"/>
              <w:jc w:val="center"/>
            </w:pPr>
            <w:r>
              <w:rPr>
                <w:rFonts w:cs="Times New Roman"/>
                <w:b/>
              </w:rPr>
              <w:t>Tần suất</w:t>
            </w:r>
          </w:p>
        </w:tc>
        <w:tc>
          <w:tcPr>
            <w:tcW w:w="1531" w:type="dxa"/>
            <w:shd w:val="clear" w:color="auto" w:fill="D9EAD3"/>
            <w:tcMar>
              <w:top w:w="70" w:type="dxa"/>
              <w:left w:w="70" w:type="dxa"/>
              <w:bottom w:w="70" w:type="dxa"/>
              <w:right w:w="70" w:type="dxa"/>
            </w:tcMar>
            <w:vAlign w:val="center"/>
          </w:tcPr>
          <w:p w14:paraId="7E7DADD6" w14:textId="77777777" w:rsidR="00F83CC4" w:rsidRDefault="00000000">
            <w:pPr>
              <w:spacing w:after="0" w:line="240" w:lineRule="auto"/>
              <w:jc w:val="center"/>
            </w:pPr>
            <w:r>
              <w:rPr>
                <w:rFonts w:cs="Times New Roman"/>
                <w:b/>
              </w:rPr>
              <w:t>Thiết bị/dụng cụ</w:t>
            </w:r>
          </w:p>
        </w:tc>
        <w:tc>
          <w:tcPr>
            <w:tcW w:w="1417" w:type="dxa"/>
            <w:shd w:val="clear" w:color="auto" w:fill="D9EAD3"/>
            <w:tcMar>
              <w:top w:w="70" w:type="dxa"/>
              <w:left w:w="70" w:type="dxa"/>
              <w:bottom w:w="70" w:type="dxa"/>
              <w:right w:w="70" w:type="dxa"/>
            </w:tcMar>
            <w:vAlign w:val="center"/>
          </w:tcPr>
          <w:p w14:paraId="3682D511" w14:textId="77777777" w:rsidR="00F83CC4" w:rsidRDefault="00000000">
            <w:pPr>
              <w:spacing w:after="0" w:line="240" w:lineRule="auto"/>
              <w:jc w:val="center"/>
            </w:pPr>
            <w:r>
              <w:rPr>
                <w:rFonts w:cs="Times New Roman"/>
                <w:b/>
              </w:rPr>
              <w:t>Phương pháp</w:t>
            </w:r>
          </w:p>
        </w:tc>
        <w:tc>
          <w:tcPr>
            <w:tcW w:w="1732" w:type="dxa"/>
            <w:shd w:val="clear" w:color="auto" w:fill="D9EAD3"/>
            <w:tcMar>
              <w:top w:w="70" w:type="dxa"/>
              <w:left w:w="70" w:type="dxa"/>
              <w:bottom w:w="70" w:type="dxa"/>
              <w:right w:w="70" w:type="dxa"/>
            </w:tcMar>
            <w:vAlign w:val="center"/>
          </w:tcPr>
          <w:p w14:paraId="5434BD6C" w14:textId="77777777" w:rsidR="00F83CC4" w:rsidRDefault="00000000">
            <w:pPr>
              <w:spacing w:after="0" w:line="240" w:lineRule="auto"/>
              <w:jc w:val="center"/>
            </w:pPr>
            <w:r>
              <w:rPr>
                <w:rFonts w:cs="Times New Roman"/>
                <w:b/>
              </w:rPr>
              <w:t>Biểu ghi chép</w:t>
            </w:r>
          </w:p>
        </w:tc>
        <w:tc>
          <w:tcPr>
            <w:tcW w:w="1273" w:type="dxa"/>
            <w:shd w:val="clear" w:color="auto" w:fill="D9EAD3"/>
            <w:tcMar>
              <w:top w:w="70" w:type="dxa"/>
              <w:left w:w="70" w:type="dxa"/>
              <w:bottom w:w="70" w:type="dxa"/>
              <w:right w:w="70" w:type="dxa"/>
            </w:tcMar>
            <w:vAlign w:val="center"/>
          </w:tcPr>
          <w:p w14:paraId="0653C6AF" w14:textId="77777777" w:rsidR="00F83CC4" w:rsidRDefault="00000000">
            <w:pPr>
              <w:spacing w:after="0" w:line="240" w:lineRule="auto"/>
              <w:jc w:val="center"/>
            </w:pPr>
            <w:r>
              <w:rPr>
                <w:rFonts w:cs="Times New Roman"/>
                <w:b/>
              </w:rPr>
              <w:t>Ghi chú</w:t>
            </w:r>
          </w:p>
        </w:tc>
      </w:tr>
      <w:tr w:rsidR="00F83CC4" w14:paraId="536FFA51" w14:textId="77777777" w:rsidTr="00300E97">
        <w:trPr>
          <w:jc w:val="center"/>
        </w:trPr>
        <w:tc>
          <w:tcPr>
            <w:tcW w:w="2326" w:type="dxa"/>
            <w:tcMar>
              <w:top w:w="70" w:type="dxa"/>
              <w:left w:w="70" w:type="dxa"/>
              <w:bottom w:w="70" w:type="dxa"/>
              <w:right w:w="70" w:type="dxa"/>
            </w:tcMar>
            <w:vAlign w:val="center"/>
          </w:tcPr>
          <w:p w14:paraId="48D424B9" w14:textId="77777777" w:rsidR="00F83CC4" w:rsidRDefault="00000000">
            <w:pPr>
              <w:spacing w:after="0" w:line="240" w:lineRule="auto"/>
              <w:jc w:val="center"/>
            </w:pPr>
            <w:r>
              <w:rPr>
                <w:rFonts w:cs="Times New Roman"/>
              </w:rPr>
              <w:t>Nuôi ong</w:t>
            </w:r>
          </w:p>
        </w:tc>
        <w:tc>
          <w:tcPr>
            <w:tcW w:w="2378" w:type="dxa"/>
            <w:tcMar>
              <w:top w:w="70" w:type="dxa"/>
              <w:left w:w="70" w:type="dxa"/>
              <w:bottom w:w="70" w:type="dxa"/>
              <w:right w:w="70" w:type="dxa"/>
            </w:tcMar>
            <w:vAlign w:val="center"/>
          </w:tcPr>
          <w:p w14:paraId="0D91B5BC" w14:textId="77777777" w:rsidR="00F83CC4" w:rsidRDefault="00000000">
            <w:pPr>
              <w:spacing w:after="0" w:line="240" w:lineRule="auto"/>
            </w:pPr>
            <w:r>
              <w:rPr>
                <w:rFonts w:cs="Times New Roman"/>
              </w:rPr>
              <w:t>Kiểm tra sức khỏe đàn ong; nguồn thức ăn tự nhiên, nguồn nước; kiểm soát dịch bệnh và thuốc thú y sử dụng.</w:t>
            </w:r>
          </w:p>
        </w:tc>
        <w:tc>
          <w:tcPr>
            <w:tcW w:w="1928" w:type="dxa"/>
            <w:tcMar>
              <w:top w:w="70" w:type="dxa"/>
              <w:left w:w="70" w:type="dxa"/>
              <w:bottom w:w="70" w:type="dxa"/>
              <w:right w:w="70" w:type="dxa"/>
            </w:tcMar>
            <w:vAlign w:val="center"/>
          </w:tcPr>
          <w:p w14:paraId="29F5AFAF" w14:textId="77777777" w:rsidR="00F83CC4" w:rsidRDefault="00000000">
            <w:pPr>
              <w:spacing w:after="0" w:line="240" w:lineRule="auto"/>
            </w:pPr>
            <w:r>
              <w:rPr>
                <w:rFonts w:cs="Times New Roman"/>
              </w:rPr>
              <w:t>Đàn ong khỏe mạnh, không có dấu hiệu dịch bệnh; khu vực nuôi bảo đảm vệ sinh môi trường.</w:t>
            </w:r>
          </w:p>
        </w:tc>
        <w:tc>
          <w:tcPr>
            <w:tcW w:w="1361" w:type="dxa"/>
            <w:tcMar>
              <w:top w:w="70" w:type="dxa"/>
              <w:left w:w="70" w:type="dxa"/>
              <w:bottom w:w="70" w:type="dxa"/>
              <w:right w:w="70" w:type="dxa"/>
            </w:tcMar>
            <w:vAlign w:val="center"/>
          </w:tcPr>
          <w:p w14:paraId="5161A3DD" w14:textId="77777777" w:rsidR="00F83CC4" w:rsidRDefault="00000000">
            <w:pPr>
              <w:spacing w:after="0" w:line="240" w:lineRule="auto"/>
              <w:jc w:val="center"/>
            </w:pPr>
            <w:r>
              <w:rPr>
                <w:rFonts w:cs="Times New Roman"/>
              </w:rPr>
              <w:t>Định kỳ hằng ngày/tuần</w:t>
            </w:r>
          </w:p>
        </w:tc>
        <w:tc>
          <w:tcPr>
            <w:tcW w:w="1531" w:type="dxa"/>
            <w:tcMar>
              <w:top w:w="70" w:type="dxa"/>
              <w:left w:w="70" w:type="dxa"/>
              <w:bottom w:w="70" w:type="dxa"/>
              <w:right w:w="70" w:type="dxa"/>
            </w:tcMar>
            <w:vAlign w:val="center"/>
          </w:tcPr>
          <w:p w14:paraId="29D84694" w14:textId="77777777" w:rsidR="00F83CC4" w:rsidRDefault="00000000">
            <w:pPr>
              <w:spacing w:after="0" w:line="240" w:lineRule="auto"/>
            </w:pPr>
            <w:r>
              <w:rPr>
                <w:rFonts w:cs="Times New Roman"/>
              </w:rPr>
              <w:t>Dụng cụ bảo hộ; dụng cụ kiểm tra đàn ong</w:t>
            </w:r>
          </w:p>
        </w:tc>
        <w:tc>
          <w:tcPr>
            <w:tcW w:w="1417" w:type="dxa"/>
            <w:tcMar>
              <w:top w:w="70" w:type="dxa"/>
              <w:left w:w="70" w:type="dxa"/>
              <w:bottom w:w="70" w:type="dxa"/>
              <w:right w:w="70" w:type="dxa"/>
            </w:tcMar>
            <w:vAlign w:val="center"/>
          </w:tcPr>
          <w:p w14:paraId="691867D1" w14:textId="77777777" w:rsidR="00F83CC4" w:rsidRDefault="00000000">
            <w:pPr>
              <w:spacing w:after="0" w:line="240" w:lineRule="auto"/>
              <w:jc w:val="center"/>
            </w:pPr>
            <w:r>
              <w:rPr>
                <w:rFonts w:cs="Times New Roman"/>
              </w:rPr>
              <w:t>Quan sát trực tiếp</w:t>
            </w:r>
          </w:p>
        </w:tc>
        <w:tc>
          <w:tcPr>
            <w:tcW w:w="1732" w:type="dxa"/>
            <w:tcMar>
              <w:top w:w="70" w:type="dxa"/>
              <w:left w:w="70" w:type="dxa"/>
              <w:bottom w:w="70" w:type="dxa"/>
              <w:right w:w="70" w:type="dxa"/>
            </w:tcMar>
            <w:vAlign w:val="center"/>
          </w:tcPr>
          <w:p w14:paraId="6853A4C6" w14:textId="77777777" w:rsidR="00F83CC4" w:rsidRDefault="00000000">
            <w:pPr>
              <w:spacing w:after="0" w:line="240" w:lineRule="auto"/>
              <w:jc w:val="center"/>
            </w:pPr>
            <w:r>
              <w:rPr>
                <w:rFonts w:cs="Times New Roman"/>
              </w:rPr>
              <w:t>Sổ theo dõi nuôi ong</w:t>
            </w:r>
          </w:p>
        </w:tc>
        <w:tc>
          <w:tcPr>
            <w:tcW w:w="1273" w:type="dxa"/>
            <w:tcMar>
              <w:top w:w="70" w:type="dxa"/>
              <w:left w:w="70" w:type="dxa"/>
              <w:bottom w:w="70" w:type="dxa"/>
              <w:right w:w="70" w:type="dxa"/>
            </w:tcMar>
            <w:vAlign w:val="center"/>
          </w:tcPr>
          <w:p w14:paraId="6BE536B0" w14:textId="77777777" w:rsidR="00F83CC4" w:rsidRDefault="00F83CC4">
            <w:pPr>
              <w:spacing w:after="0" w:line="240" w:lineRule="auto"/>
              <w:jc w:val="center"/>
            </w:pPr>
          </w:p>
        </w:tc>
      </w:tr>
      <w:tr w:rsidR="00F83CC4" w14:paraId="50751002" w14:textId="77777777" w:rsidTr="00300E97">
        <w:trPr>
          <w:jc w:val="center"/>
        </w:trPr>
        <w:tc>
          <w:tcPr>
            <w:tcW w:w="2326" w:type="dxa"/>
            <w:tcMar>
              <w:top w:w="70" w:type="dxa"/>
              <w:left w:w="70" w:type="dxa"/>
              <w:bottom w:w="70" w:type="dxa"/>
              <w:right w:w="70" w:type="dxa"/>
            </w:tcMar>
            <w:vAlign w:val="center"/>
          </w:tcPr>
          <w:p w14:paraId="09E2E359" w14:textId="77777777" w:rsidR="00F83CC4" w:rsidRDefault="00000000">
            <w:pPr>
              <w:spacing w:after="0" w:line="240" w:lineRule="auto"/>
              <w:jc w:val="center"/>
            </w:pPr>
            <w:r>
              <w:rPr>
                <w:rFonts w:cs="Times New Roman"/>
              </w:rPr>
              <w:t>Nhập nguyên liệu</w:t>
            </w:r>
          </w:p>
        </w:tc>
        <w:tc>
          <w:tcPr>
            <w:tcW w:w="2378" w:type="dxa"/>
            <w:tcMar>
              <w:top w:w="70" w:type="dxa"/>
              <w:left w:w="70" w:type="dxa"/>
              <w:bottom w:w="70" w:type="dxa"/>
              <w:right w:w="70" w:type="dxa"/>
            </w:tcMar>
            <w:vAlign w:val="center"/>
          </w:tcPr>
          <w:p w14:paraId="603892B7" w14:textId="77777777" w:rsidR="00F83CC4" w:rsidRDefault="00000000">
            <w:pPr>
              <w:spacing w:after="0" w:line="240" w:lineRule="auto"/>
            </w:pPr>
            <w:r>
              <w:rPr>
                <w:rFonts w:cs="Times New Roman"/>
              </w:rPr>
              <w:t>Kiểm tra độ đặc của mật ong; màu sắc, mùi vị đặc trưng.</w:t>
            </w:r>
          </w:p>
        </w:tc>
        <w:tc>
          <w:tcPr>
            <w:tcW w:w="1928" w:type="dxa"/>
            <w:tcMar>
              <w:top w:w="70" w:type="dxa"/>
              <w:left w:w="70" w:type="dxa"/>
              <w:bottom w:w="70" w:type="dxa"/>
              <w:right w:w="70" w:type="dxa"/>
            </w:tcMar>
            <w:vAlign w:val="center"/>
          </w:tcPr>
          <w:p w14:paraId="756157F6" w14:textId="77777777" w:rsidR="00F83CC4" w:rsidRDefault="00000000">
            <w:pPr>
              <w:spacing w:after="0" w:line="240" w:lineRule="auto"/>
            </w:pPr>
            <w:r>
              <w:rPr>
                <w:rFonts w:cs="Times New Roman"/>
              </w:rPr>
              <w:t>Mật ong tự nhiên, không lẫn tạp chất, không có mùi lạ.</w:t>
            </w:r>
          </w:p>
        </w:tc>
        <w:tc>
          <w:tcPr>
            <w:tcW w:w="1361" w:type="dxa"/>
            <w:tcMar>
              <w:top w:w="70" w:type="dxa"/>
              <w:left w:w="70" w:type="dxa"/>
              <w:bottom w:w="70" w:type="dxa"/>
              <w:right w:w="70" w:type="dxa"/>
            </w:tcMar>
            <w:vAlign w:val="center"/>
          </w:tcPr>
          <w:p w14:paraId="32785E45" w14:textId="77777777" w:rsidR="00F83CC4" w:rsidRDefault="00000000">
            <w:pPr>
              <w:spacing w:after="0" w:line="240" w:lineRule="auto"/>
            </w:pPr>
            <w:r>
              <w:rPr>
                <w:rFonts w:cs="Times New Roman"/>
              </w:rPr>
              <w:t>Từng lần nhập nguyên liệu</w:t>
            </w:r>
          </w:p>
        </w:tc>
        <w:tc>
          <w:tcPr>
            <w:tcW w:w="1531" w:type="dxa"/>
            <w:tcMar>
              <w:top w:w="70" w:type="dxa"/>
              <w:left w:w="70" w:type="dxa"/>
              <w:bottom w:w="70" w:type="dxa"/>
              <w:right w:w="70" w:type="dxa"/>
            </w:tcMar>
            <w:vAlign w:val="center"/>
          </w:tcPr>
          <w:p w14:paraId="4EC5581B" w14:textId="77777777" w:rsidR="00F83CC4" w:rsidRDefault="00000000">
            <w:pPr>
              <w:spacing w:after="0" w:line="240" w:lineRule="auto"/>
            </w:pPr>
            <w:r>
              <w:rPr>
                <w:rFonts w:cs="Times New Roman"/>
              </w:rPr>
              <w:t>Khúc xạ kế đo độ ẩm (nếu có)</w:t>
            </w:r>
          </w:p>
        </w:tc>
        <w:tc>
          <w:tcPr>
            <w:tcW w:w="1417" w:type="dxa"/>
            <w:tcMar>
              <w:top w:w="70" w:type="dxa"/>
              <w:left w:w="70" w:type="dxa"/>
              <w:bottom w:w="70" w:type="dxa"/>
              <w:right w:w="70" w:type="dxa"/>
            </w:tcMar>
            <w:vAlign w:val="center"/>
          </w:tcPr>
          <w:p w14:paraId="03D1D1E3" w14:textId="77777777" w:rsidR="00F83CC4" w:rsidRDefault="00000000">
            <w:pPr>
              <w:spacing w:after="0" w:line="240" w:lineRule="auto"/>
            </w:pPr>
            <w:r>
              <w:rPr>
                <w:rFonts w:cs="Times New Roman"/>
              </w:rPr>
              <w:t>Cảm quan, kiểm tra trực tiếp</w:t>
            </w:r>
          </w:p>
        </w:tc>
        <w:tc>
          <w:tcPr>
            <w:tcW w:w="1732" w:type="dxa"/>
            <w:tcMar>
              <w:top w:w="70" w:type="dxa"/>
              <w:left w:w="70" w:type="dxa"/>
              <w:bottom w:w="70" w:type="dxa"/>
              <w:right w:w="70" w:type="dxa"/>
            </w:tcMar>
            <w:vAlign w:val="center"/>
          </w:tcPr>
          <w:p w14:paraId="236DAF48" w14:textId="77777777" w:rsidR="00F83CC4" w:rsidRDefault="00000000">
            <w:pPr>
              <w:spacing w:after="0" w:line="240" w:lineRule="auto"/>
            </w:pPr>
            <w:r>
              <w:rPr>
                <w:rFonts w:cs="Times New Roman"/>
              </w:rPr>
              <w:t>Phiếu kiểm tra nguyên liệu đầu vào</w:t>
            </w:r>
          </w:p>
        </w:tc>
        <w:tc>
          <w:tcPr>
            <w:tcW w:w="1273" w:type="dxa"/>
            <w:tcMar>
              <w:top w:w="70" w:type="dxa"/>
              <w:left w:w="70" w:type="dxa"/>
              <w:bottom w:w="70" w:type="dxa"/>
              <w:right w:w="70" w:type="dxa"/>
            </w:tcMar>
            <w:vAlign w:val="center"/>
          </w:tcPr>
          <w:p w14:paraId="41EA3160" w14:textId="77777777" w:rsidR="00F83CC4" w:rsidRDefault="00F83CC4">
            <w:pPr>
              <w:spacing w:after="0" w:line="240" w:lineRule="auto"/>
              <w:jc w:val="center"/>
            </w:pPr>
          </w:p>
        </w:tc>
      </w:tr>
      <w:tr w:rsidR="00F83CC4" w14:paraId="20C90138" w14:textId="77777777" w:rsidTr="00300E97">
        <w:trPr>
          <w:jc w:val="center"/>
        </w:trPr>
        <w:tc>
          <w:tcPr>
            <w:tcW w:w="2326" w:type="dxa"/>
            <w:tcMar>
              <w:top w:w="70" w:type="dxa"/>
              <w:left w:w="70" w:type="dxa"/>
              <w:bottom w:w="70" w:type="dxa"/>
              <w:right w:w="70" w:type="dxa"/>
            </w:tcMar>
            <w:vAlign w:val="center"/>
          </w:tcPr>
          <w:p w14:paraId="35F3F84A" w14:textId="77777777" w:rsidR="00F83CC4" w:rsidRDefault="00000000">
            <w:pPr>
              <w:spacing w:after="0" w:line="240" w:lineRule="auto"/>
              <w:jc w:val="center"/>
            </w:pPr>
            <w:r>
              <w:rPr>
                <w:rFonts w:cs="Times New Roman"/>
              </w:rPr>
              <w:t>Lọc mật ong</w:t>
            </w:r>
          </w:p>
        </w:tc>
        <w:tc>
          <w:tcPr>
            <w:tcW w:w="2378" w:type="dxa"/>
            <w:tcMar>
              <w:top w:w="70" w:type="dxa"/>
              <w:left w:w="70" w:type="dxa"/>
              <w:bottom w:w="70" w:type="dxa"/>
              <w:right w:w="70" w:type="dxa"/>
            </w:tcMar>
            <w:vAlign w:val="center"/>
          </w:tcPr>
          <w:p w14:paraId="6B89075F" w14:textId="77777777" w:rsidR="00F83CC4" w:rsidRDefault="00000000">
            <w:pPr>
              <w:spacing w:after="0" w:line="240" w:lineRule="auto"/>
            </w:pPr>
            <w:r>
              <w:rPr>
                <w:rFonts w:cs="Times New Roman"/>
              </w:rPr>
              <w:t>Loại bỏ cặn sáp, tạp chất; kiểm tra độ trong của mật ong.</w:t>
            </w:r>
          </w:p>
        </w:tc>
        <w:tc>
          <w:tcPr>
            <w:tcW w:w="1928" w:type="dxa"/>
            <w:tcMar>
              <w:top w:w="70" w:type="dxa"/>
              <w:left w:w="70" w:type="dxa"/>
              <w:bottom w:w="70" w:type="dxa"/>
              <w:right w:w="70" w:type="dxa"/>
            </w:tcMar>
            <w:vAlign w:val="center"/>
          </w:tcPr>
          <w:p w14:paraId="02ECB536" w14:textId="77777777" w:rsidR="00F83CC4" w:rsidRDefault="00000000">
            <w:pPr>
              <w:spacing w:after="0" w:line="240" w:lineRule="auto"/>
            </w:pPr>
            <w:r>
              <w:rPr>
                <w:rFonts w:cs="Times New Roman"/>
              </w:rPr>
              <w:t>Mật ong sạch, không còn cặn nhìn thấy được.</w:t>
            </w:r>
          </w:p>
        </w:tc>
        <w:tc>
          <w:tcPr>
            <w:tcW w:w="1361" w:type="dxa"/>
            <w:tcMar>
              <w:top w:w="70" w:type="dxa"/>
              <w:left w:w="70" w:type="dxa"/>
              <w:bottom w:w="70" w:type="dxa"/>
              <w:right w:w="70" w:type="dxa"/>
            </w:tcMar>
            <w:vAlign w:val="center"/>
          </w:tcPr>
          <w:p w14:paraId="4DF08918" w14:textId="77777777" w:rsidR="00F83CC4" w:rsidRDefault="00000000">
            <w:pPr>
              <w:spacing w:after="0" w:line="240" w:lineRule="auto"/>
              <w:jc w:val="center"/>
            </w:pPr>
            <w:r>
              <w:rPr>
                <w:rFonts w:cs="Times New Roman"/>
              </w:rPr>
              <w:t>Kiểm tra 100% các mẻ</w:t>
            </w:r>
          </w:p>
        </w:tc>
        <w:tc>
          <w:tcPr>
            <w:tcW w:w="1531" w:type="dxa"/>
            <w:tcMar>
              <w:top w:w="70" w:type="dxa"/>
              <w:left w:w="70" w:type="dxa"/>
              <w:bottom w:w="70" w:type="dxa"/>
              <w:right w:w="70" w:type="dxa"/>
            </w:tcMar>
            <w:vAlign w:val="center"/>
          </w:tcPr>
          <w:p w14:paraId="1FC84B91" w14:textId="77777777" w:rsidR="00F83CC4" w:rsidRDefault="00000000">
            <w:pPr>
              <w:spacing w:after="0" w:line="240" w:lineRule="auto"/>
              <w:jc w:val="center"/>
            </w:pPr>
            <w:r>
              <w:rPr>
                <w:rFonts w:cs="Times New Roman"/>
              </w:rPr>
              <w:t>Lưới lọc/Inox lọc mật</w:t>
            </w:r>
          </w:p>
        </w:tc>
        <w:tc>
          <w:tcPr>
            <w:tcW w:w="1417" w:type="dxa"/>
            <w:tcMar>
              <w:top w:w="70" w:type="dxa"/>
              <w:left w:w="70" w:type="dxa"/>
              <w:bottom w:w="70" w:type="dxa"/>
              <w:right w:w="70" w:type="dxa"/>
            </w:tcMar>
            <w:vAlign w:val="center"/>
          </w:tcPr>
          <w:p w14:paraId="6207CF18" w14:textId="77777777" w:rsidR="00F83CC4" w:rsidRDefault="00000000">
            <w:pPr>
              <w:spacing w:after="0" w:line="240" w:lineRule="auto"/>
              <w:jc w:val="center"/>
            </w:pPr>
            <w:r>
              <w:rPr>
                <w:rFonts w:cs="Times New Roman"/>
              </w:rPr>
              <w:t>Quan sát trực tiếp</w:t>
            </w:r>
          </w:p>
        </w:tc>
        <w:tc>
          <w:tcPr>
            <w:tcW w:w="1732" w:type="dxa"/>
            <w:tcMar>
              <w:top w:w="70" w:type="dxa"/>
              <w:left w:w="70" w:type="dxa"/>
              <w:bottom w:w="70" w:type="dxa"/>
              <w:right w:w="70" w:type="dxa"/>
            </w:tcMar>
            <w:vAlign w:val="center"/>
          </w:tcPr>
          <w:p w14:paraId="60A0A841" w14:textId="77777777" w:rsidR="00F83CC4" w:rsidRDefault="00000000">
            <w:pPr>
              <w:spacing w:after="0" w:line="240" w:lineRule="auto"/>
              <w:jc w:val="center"/>
            </w:pPr>
            <w:r>
              <w:rPr>
                <w:rFonts w:cs="Times New Roman"/>
              </w:rPr>
              <w:t>Nhật ký sản xuất</w:t>
            </w:r>
          </w:p>
        </w:tc>
        <w:tc>
          <w:tcPr>
            <w:tcW w:w="1273" w:type="dxa"/>
            <w:tcMar>
              <w:top w:w="70" w:type="dxa"/>
              <w:left w:w="70" w:type="dxa"/>
              <w:bottom w:w="70" w:type="dxa"/>
              <w:right w:w="70" w:type="dxa"/>
            </w:tcMar>
            <w:vAlign w:val="center"/>
          </w:tcPr>
          <w:p w14:paraId="0E63ABF8" w14:textId="77777777" w:rsidR="00F83CC4" w:rsidRDefault="00F83CC4">
            <w:pPr>
              <w:spacing w:after="0" w:line="240" w:lineRule="auto"/>
              <w:jc w:val="center"/>
            </w:pPr>
          </w:p>
        </w:tc>
      </w:tr>
      <w:tr w:rsidR="00F83CC4" w14:paraId="10066355" w14:textId="77777777" w:rsidTr="00300E97">
        <w:trPr>
          <w:jc w:val="center"/>
        </w:trPr>
        <w:tc>
          <w:tcPr>
            <w:tcW w:w="2326" w:type="dxa"/>
            <w:tcMar>
              <w:top w:w="70" w:type="dxa"/>
              <w:left w:w="70" w:type="dxa"/>
              <w:bottom w:w="70" w:type="dxa"/>
              <w:right w:w="70" w:type="dxa"/>
            </w:tcMar>
            <w:vAlign w:val="center"/>
          </w:tcPr>
          <w:p w14:paraId="5A4076B1" w14:textId="77777777" w:rsidR="00F83CC4" w:rsidRDefault="00000000">
            <w:pPr>
              <w:spacing w:after="0" w:line="240" w:lineRule="auto"/>
              <w:jc w:val="center"/>
            </w:pPr>
            <w:r>
              <w:rPr>
                <w:rFonts w:cs="Times New Roman"/>
              </w:rPr>
              <w:t>Hạ thủy phần</w:t>
            </w:r>
          </w:p>
        </w:tc>
        <w:tc>
          <w:tcPr>
            <w:tcW w:w="2378" w:type="dxa"/>
            <w:tcMar>
              <w:top w:w="70" w:type="dxa"/>
              <w:left w:w="70" w:type="dxa"/>
              <w:bottom w:w="70" w:type="dxa"/>
              <w:right w:w="70" w:type="dxa"/>
            </w:tcMar>
            <w:vAlign w:val="center"/>
          </w:tcPr>
          <w:p w14:paraId="76164ABA" w14:textId="77777777" w:rsidR="00F83CC4" w:rsidRDefault="00000000">
            <w:pPr>
              <w:spacing w:after="0" w:line="240" w:lineRule="auto"/>
            </w:pPr>
            <w:r>
              <w:rPr>
                <w:rFonts w:cs="Times New Roman"/>
              </w:rPr>
              <w:t>Kiểm tra độ ẩm mật ong; giữ màu sắc, hương vị tự nhiên.</w:t>
            </w:r>
          </w:p>
        </w:tc>
        <w:tc>
          <w:tcPr>
            <w:tcW w:w="1928" w:type="dxa"/>
            <w:tcMar>
              <w:top w:w="70" w:type="dxa"/>
              <w:left w:w="70" w:type="dxa"/>
              <w:bottom w:w="70" w:type="dxa"/>
              <w:right w:w="70" w:type="dxa"/>
            </w:tcMar>
            <w:vAlign w:val="center"/>
          </w:tcPr>
          <w:p w14:paraId="503DA706" w14:textId="77777777" w:rsidR="00F83CC4" w:rsidRDefault="00000000">
            <w:pPr>
              <w:spacing w:after="0" w:line="240" w:lineRule="auto"/>
            </w:pPr>
            <w:r>
              <w:rPr>
                <w:rFonts w:cs="Times New Roman"/>
              </w:rPr>
              <w:t>Theo hồ sơ lô: độ ẩm trước xử lý 20,5%; sau xử lý 18,1%.</w:t>
            </w:r>
          </w:p>
        </w:tc>
        <w:tc>
          <w:tcPr>
            <w:tcW w:w="1361" w:type="dxa"/>
            <w:tcMar>
              <w:top w:w="70" w:type="dxa"/>
              <w:left w:w="70" w:type="dxa"/>
              <w:bottom w:w="70" w:type="dxa"/>
              <w:right w:w="70" w:type="dxa"/>
            </w:tcMar>
            <w:vAlign w:val="center"/>
          </w:tcPr>
          <w:p w14:paraId="683D68EB" w14:textId="77777777" w:rsidR="00F83CC4" w:rsidRDefault="00000000">
            <w:pPr>
              <w:spacing w:after="0" w:line="240" w:lineRule="auto"/>
            </w:pPr>
            <w:r>
              <w:rPr>
                <w:rFonts w:cs="Times New Roman"/>
              </w:rPr>
              <w:t>Kiểm tra 100% các mẻ xử lý</w:t>
            </w:r>
          </w:p>
        </w:tc>
        <w:tc>
          <w:tcPr>
            <w:tcW w:w="1531" w:type="dxa"/>
            <w:tcMar>
              <w:top w:w="70" w:type="dxa"/>
              <w:left w:w="70" w:type="dxa"/>
              <w:bottom w:w="70" w:type="dxa"/>
              <w:right w:w="70" w:type="dxa"/>
            </w:tcMar>
            <w:vAlign w:val="center"/>
          </w:tcPr>
          <w:p w14:paraId="16EEF41D" w14:textId="77777777" w:rsidR="00F83CC4" w:rsidRDefault="00000000">
            <w:pPr>
              <w:spacing w:after="0" w:line="240" w:lineRule="auto"/>
            </w:pPr>
            <w:r>
              <w:rPr>
                <w:rFonts w:cs="Times New Roman"/>
              </w:rPr>
              <w:t>Máy hạ thủy phần chân không; thiết bị đo độ ẩm</w:t>
            </w:r>
          </w:p>
        </w:tc>
        <w:tc>
          <w:tcPr>
            <w:tcW w:w="1417" w:type="dxa"/>
            <w:tcMar>
              <w:top w:w="70" w:type="dxa"/>
              <w:left w:w="70" w:type="dxa"/>
              <w:bottom w:w="70" w:type="dxa"/>
              <w:right w:w="70" w:type="dxa"/>
            </w:tcMar>
            <w:vAlign w:val="center"/>
          </w:tcPr>
          <w:p w14:paraId="6817AFDC" w14:textId="77777777" w:rsidR="00F83CC4" w:rsidRDefault="00000000">
            <w:pPr>
              <w:spacing w:after="0" w:line="240" w:lineRule="auto"/>
            </w:pPr>
            <w:r>
              <w:rPr>
                <w:rFonts w:cs="Times New Roman"/>
              </w:rPr>
              <w:t>Đo độ ẩm; ghi nhiệt độ và thời gian xử lý</w:t>
            </w:r>
          </w:p>
        </w:tc>
        <w:tc>
          <w:tcPr>
            <w:tcW w:w="1732" w:type="dxa"/>
            <w:tcMar>
              <w:top w:w="70" w:type="dxa"/>
              <w:left w:w="70" w:type="dxa"/>
              <w:bottom w:w="70" w:type="dxa"/>
              <w:right w:w="70" w:type="dxa"/>
            </w:tcMar>
            <w:vAlign w:val="center"/>
          </w:tcPr>
          <w:p w14:paraId="6FC27505" w14:textId="77777777" w:rsidR="00F83CC4" w:rsidRDefault="00000000">
            <w:pPr>
              <w:spacing w:after="0" w:line="240" w:lineRule="auto"/>
            </w:pPr>
            <w:r>
              <w:rPr>
                <w:rFonts w:cs="Times New Roman"/>
              </w:rPr>
              <w:t>PL3 – Theo dõi quá trình hạ thủy phần</w:t>
            </w:r>
          </w:p>
        </w:tc>
        <w:tc>
          <w:tcPr>
            <w:tcW w:w="1273" w:type="dxa"/>
            <w:tcMar>
              <w:top w:w="70" w:type="dxa"/>
              <w:left w:w="70" w:type="dxa"/>
              <w:bottom w:w="70" w:type="dxa"/>
              <w:right w:w="70" w:type="dxa"/>
            </w:tcMar>
            <w:vAlign w:val="center"/>
          </w:tcPr>
          <w:p w14:paraId="12102273" w14:textId="77777777" w:rsidR="00F83CC4" w:rsidRDefault="00000000">
            <w:pPr>
              <w:spacing w:after="0" w:line="240" w:lineRule="auto"/>
            </w:pPr>
            <w:r>
              <w:rPr>
                <w:rFonts w:cs="Times New Roman"/>
              </w:rPr>
              <w:t>Lô LPB.10.06: 45°C, 6 giờ</w:t>
            </w:r>
          </w:p>
        </w:tc>
      </w:tr>
      <w:tr w:rsidR="00F83CC4" w14:paraId="11A4953B" w14:textId="77777777" w:rsidTr="00300E97">
        <w:trPr>
          <w:jc w:val="center"/>
        </w:trPr>
        <w:tc>
          <w:tcPr>
            <w:tcW w:w="2326" w:type="dxa"/>
            <w:tcMar>
              <w:top w:w="70" w:type="dxa"/>
              <w:left w:w="70" w:type="dxa"/>
              <w:bottom w:w="70" w:type="dxa"/>
              <w:right w:w="70" w:type="dxa"/>
            </w:tcMar>
            <w:vAlign w:val="center"/>
          </w:tcPr>
          <w:p w14:paraId="601D6747" w14:textId="77777777" w:rsidR="00F83CC4" w:rsidRDefault="00000000">
            <w:pPr>
              <w:spacing w:after="0" w:line="240" w:lineRule="auto"/>
            </w:pPr>
            <w:r>
              <w:rPr>
                <w:rFonts w:cs="Times New Roman"/>
              </w:rPr>
              <w:t>Kiểm tra chất lượng trước đóng gói</w:t>
            </w:r>
          </w:p>
        </w:tc>
        <w:tc>
          <w:tcPr>
            <w:tcW w:w="2378" w:type="dxa"/>
            <w:tcMar>
              <w:top w:w="70" w:type="dxa"/>
              <w:left w:w="70" w:type="dxa"/>
              <w:bottom w:w="70" w:type="dxa"/>
              <w:right w:w="70" w:type="dxa"/>
            </w:tcMar>
            <w:vAlign w:val="center"/>
          </w:tcPr>
          <w:p w14:paraId="630FFFDC" w14:textId="77777777" w:rsidR="00F83CC4" w:rsidRDefault="00000000">
            <w:pPr>
              <w:spacing w:after="0" w:line="240" w:lineRule="auto"/>
            </w:pPr>
            <w:r>
              <w:rPr>
                <w:rFonts w:cs="Times New Roman"/>
              </w:rPr>
              <w:t>Kiểm tra cảm quan, độ ẩm và các chỉ tiêu theo TCCS/kế hoạch kiểm nghiệm.</w:t>
            </w:r>
          </w:p>
        </w:tc>
        <w:tc>
          <w:tcPr>
            <w:tcW w:w="1928" w:type="dxa"/>
            <w:tcMar>
              <w:top w:w="70" w:type="dxa"/>
              <w:left w:w="70" w:type="dxa"/>
              <w:bottom w:w="70" w:type="dxa"/>
              <w:right w:w="70" w:type="dxa"/>
            </w:tcMar>
            <w:vAlign w:val="center"/>
          </w:tcPr>
          <w:p w14:paraId="77D7786E" w14:textId="77777777" w:rsidR="00F83CC4" w:rsidRDefault="00000000">
            <w:pPr>
              <w:spacing w:after="0" w:line="240" w:lineRule="auto"/>
            </w:pPr>
            <w:r>
              <w:rPr>
                <w:rFonts w:cs="Times New Roman"/>
              </w:rPr>
              <w:t>Đáp ứng TCCS và quy định áp dụng; các giới hạn cụ thể ghi theo căn cứ đã xác minh.</w:t>
            </w:r>
          </w:p>
        </w:tc>
        <w:tc>
          <w:tcPr>
            <w:tcW w:w="1361" w:type="dxa"/>
            <w:tcMar>
              <w:top w:w="70" w:type="dxa"/>
              <w:left w:w="70" w:type="dxa"/>
              <w:bottom w:w="70" w:type="dxa"/>
              <w:right w:w="70" w:type="dxa"/>
            </w:tcMar>
            <w:vAlign w:val="center"/>
          </w:tcPr>
          <w:p w14:paraId="2034082D" w14:textId="77777777" w:rsidR="00F83CC4" w:rsidRDefault="00000000">
            <w:pPr>
              <w:spacing w:after="0" w:line="240" w:lineRule="auto"/>
            </w:pPr>
            <w:r>
              <w:rPr>
                <w:rFonts w:cs="Times New Roman"/>
              </w:rPr>
              <w:t>Cảm quan, độ ẩm mỗi mẻ; kiểm nghiệm theo kế hoạch</w:t>
            </w:r>
          </w:p>
        </w:tc>
        <w:tc>
          <w:tcPr>
            <w:tcW w:w="1531" w:type="dxa"/>
            <w:tcMar>
              <w:top w:w="70" w:type="dxa"/>
              <w:left w:w="70" w:type="dxa"/>
              <w:bottom w:w="70" w:type="dxa"/>
              <w:right w:w="70" w:type="dxa"/>
            </w:tcMar>
            <w:vAlign w:val="center"/>
          </w:tcPr>
          <w:p w14:paraId="072A75B3" w14:textId="77777777" w:rsidR="00F83CC4" w:rsidRDefault="00000000">
            <w:pPr>
              <w:spacing w:after="0" w:line="240" w:lineRule="auto"/>
            </w:pPr>
            <w:r>
              <w:rPr>
                <w:rFonts w:cs="Times New Roman"/>
              </w:rPr>
              <w:t>Thiết bị đo phù hợp; phòng thử nghiệm khi cần</w:t>
            </w:r>
          </w:p>
        </w:tc>
        <w:tc>
          <w:tcPr>
            <w:tcW w:w="1417" w:type="dxa"/>
            <w:tcMar>
              <w:top w:w="70" w:type="dxa"/>
              <w:left w:w="70" w:type="dxa"/>
              <w:bottom w:w="70" w:type="dxa"/>
              <w:right w:w="70" w:type="dxa"/>
            </w:tcMar>
            <w:vAlign w:val="center"/>
          </w:tcPr>
          <w:p w14:paraId="02F21538" w14:textId="77777777" w:rsidR="00F83CC4" w:rsidRDefault="00000000">
            <w:pPr>
              <w:spacing w:after="0" w:line="240" w:lineRule="auto"/>
            </w:pPr>
            <w:r>
              <w:rPr>
                <w:rFonts w:cs="Times New Roman"/>
              </w:rPr>
              <w:t>Quan sát, đo và thử nghiệm</w:t>
            </w:r>
          </w:p>
        </w:tc>
        <w:tc>
          <w:tcPr>
            <w:tcW w:w="1732" w:type="dxa"/>
            <w:tcMar>
              <w:top w:w="70" w:type="dxa"/>
              <w:left w:w="70" w:type="dxa"/>
              <w:bottom w:w="70" w:type="dxa"/>
              <w:right w:w="70" w:type="dxa"/>
            </w:tcMar>
            <w:vAlign w:val="center"/>
          </w:tcPr>
          <w:p w14:paraId="1C24B9DF" w14:textId="77777777" w:rsidR="00F83CC4" w:rsidRDefault="00000000">
            <w:pPr>
              <w:spacing w:after="0" w:line="240" w:lineRule="auto"/>
            </w:pPr>
            <w:r>
              <w:rPr>
                <w:rFonts w:cs="Times New Roman"/>
              </w:rPr>
              <w:t>Phiếu kiểm tra; phiếu kết quả thử nghiệm</w:t>
            </w:r>
          </w:p>
        </w:tc>
        <w:tc>
          <w:tcPr>
            <w:tcW w:w="1273" w:type="dxa"/>
            <w:tcMar>
              <w:top w:w="70" w:type="dxa"/>
              <w:left w:w="70" w:type="dxa"/>
              <w:bottom w:w="70" w:type="dxa"/>
              <w:right w:w="70" w:type="dxa"/>
            </w:tcMar>
            <w:vAlign w:val="center"/>
          </w:tcPr>
          <w:p w14:paraId="47FB6027" w14:textId="77777777" w:rsidR="00F83CC4" w:rsidRDefault="00000000">
            <w:pPr>
              <w:spacing w:after="0" w:line="240" w:lineRule="auto"/>
            </w:pPr>
            <w:r>
              <w:rPr>
                <w:rFonts w:cs="Times New Roman"/>
              </w:rPr>
              <w:t>Chưa tự điền kết quả kiểm nghiệm nếu chưa có phiếu</w:t>
            </w:r>
          </w:p>
        </w:tc>
      </w:tr>
      <w:tr w:rsidR="00F83CC4" w14:paraId="41AC2818" w14:textId="77777777" w:rsidTr="00300E97">
        <w:trPr>
          <w:jc w:val="center"/>
        </w:trPr>
        <w:tc>
          <w:tcPr>
            <w:tcW w:w="2326" w:type="dxa"/>
            <w:tcMar>
              <w:top w:w="70" w:type="dxa"/>
              <w:left w:w="70" w:type="dxa"/>
              <w:bottom w:w="70" w:type="dxa"/>
              <w:right w:w="70" w:type="dxa"/>
            </w:tcMar>
            <w:vAlign w:val="center"/>
          </w:tcPr>
          <w:p w14:paraId="71FDC2D6" w14:textId="77777777" w:rsidR="00F83CC4" w:rsidRDefault="00000000">
            <w:pPr>
              <w:spacing w:after="0" w:line="240" w:lineRule="auto"/>
              <w:jc w:val="center"/>
            </w:pPr>
            <w:r>
              <w:rPr>
                <w:rFonts w:cs="Times New Roman"/>
              </w:rPr>
              <w:t>Chiết rót, đóng gói</w:t>
            </w:r>
          </w:p>
        </w:tc>
        <w:tc>
          <w:tcPr>
            <w:tcW w:w="2378" w:type="dxa"/>
            <w:tcMar>
              <w:top w:w="70" w:type="dxa"/>
              <w:left w:w="70" w:type="dxa"/>
              <w:bottom w:w="70" w:type="dxa"/>
              <w:right w:w="70" w:type="dxa"/>
            </w:tcMar>
            <w:vAlign w:val="center"/>
          </w:tcPr>
          <w:p w14:paraId="2F2873BE" w14:textId="77777777" w:rsidR="00F83CC4" w:rsidRDefault="00000000">
            <w:pPr>
              <w:spacing w:after="0" w:line="240" w:lineRule="auto"/>
            </w:pPr>
            <w:r>
              <w:rPr>
                <w:rFonts w:cs="Times New Roman"/>
              </w:rPr>
              <w:t>Kiểm soát vệ sinh chai/lọ, bao bì; khối lượng tịnh; dị vật.</w:t>
            </w:r>
          </w:p>
        </w:tc>
        <w:tc>
          <w:tcPr>
            <w:tcW w:w="1928" w:type="dxa"/>
            <w:tcMar>
              <w:top w:w="70" w:type="dxa"/>
              <w:left w:w="70" w:type="dxa"/>
              <w:bottom w:w="70" w:type="dxa"/>
              <w:right w:w="70" w:type="dxa"/>
            </w:tcMar>
            <w:vAlign w:val="center"/>
          </w:tcPr>
          <w:p w14:paraId="3DED1E5C" w14:textId="77777777" w:rsidR="00F83CC4" w:rsidRDefault="00000000">
            <w:pPr>
              <w:spacing w:after="0" w:line="240" w:lineRule="auto"/>
            </w:pPr>
            <w:r>
              <w:rPr>
                <w:rFonts w:cs="Times New Roman"/>
              </w:rPr>
              <w:t>Bao bì đạt yêu cầu tiếp xúc thực phẩm; khối lượng tịnh theo công bố.</w:t>
            </w:r>
          </w:p>
        </w:tc>
        <w:tc>
          <w:tcPr>
            <w:tcW w:w="1361" w:type="dxa"/>
            <w:tcMar>
              <w:top w:w="70" w:type="dxa"/>
              <w:left w:w="70" w:type="dxa"/>
              <w:bottom w:w="70" w:type="dxa"/>
              <w:right w:w="70" w:type="dxa"/>
            </w:tcMar>
            <w:vAlign w:val="center"/>
          </w:tcPr>
          <w:p w14:paraId="4CB27D32" w14:textId="77777777" w:rsidR="00F83CC4" w:rsidRDefault="00000000">
            <w:pPr>
              <w:spacing w:after="0" w:line="240" w:lineRule="auto"/>
            </w:pPr>
            <w:r>
              <w:rPr>
                <w:rFonts w:cs="Times New Roman"/>
              </w:rPr>
              <w:t>Kiểm tra xác suất từng lô</w:t>
            </w:r>
          </w:p>
        </w:tc>
        <w:tc>
          <w:tcPr>
            <w:tcW w:w="1531" w:type="dxa"/>
            <w:tcMar>
              <w:top w:w="70" w:type="dxa"/>
              <w:left w:w="70" w:type="dxa"/>
              <w:bottom w:w="70" w:type="dxa"/>
              <w:right w:w="70" w:type="dxa"/>
            </w:tcMar>
            <w:vAlign w:val="center"/>
          </w:tcPr>
          <w:p w14:paraId="7679D5D5" w14:textId="77777777" w:rsidR="00F83CC4" w:rsidRDefault="00000000">
            <w:pPr>
              <w:spacing w:after="0" w:line="240" w:lineRule="auto"/>
            </w:pPr>
            <w:r>
              <w:rPr>
                <w:rFonts w:cs="Times New Roman"/>
              </w:rPr>
              <w:t>Cân điện tử; thiết bị chiết rót</w:t>
            </w:r>
          </w:p>
        </w:tc>
        <w:tc>
          <w:tcPr>
            <w:tcW w:w="1417" w:type="dxa"/>
            <w:tcMar>
              <w:top w:w="70" w:type="dxa"/>
              <w:left w:w="70" w:type="dxa"/>
              <w:bottom w:w="70" w:type="dxa"/>
              <w:right w:w="70" w:type="dxa"/>
            </w:tcMar>
            <w:vAlign w:val="center"/>
          </w:tcPr>
          <w:p w14:paraId="3B0D3115" w14:textId="77777777" w:rsidR="00F83CC4" w:rsidRDefault="00000000">
            <w:pPr>
              <w:spacing w:after="0" w:line="240" w:lineRule="auto"/>
            </w:pPr>
            <w:r>
              <w:rPr>
                <w:rFonts w:cs="Times New Roman"/>
              </w:rPr>
              <w:t>Kiểm tra trực tiếp; cân kiểm tra</w:t>
            </w:r>
          </w:p>
        </w:tc>
        <w:tc>
          <w:tcPr>
            <w:tcW w:w="1732" w:type="dxa"/>
            <w:tcMar>
              <w:top w:w="70" w:type="dxa"/>
              <w:left w:w="70" w:type="dxa"/>
              <w:bottom w:w="70" w:type="dxa"/>
              <w:right w:w="70" w:type="dxa"/>
            </w:tcMar>
            <w:vAlign w:val="center"/>
          </w:tcPr>
          <w:p w14:paraId="0420D144" w14:textId="77777777" w:rsidR="00F83CC4" w:rsidRDefault="00000000">
            <w:pPr>
              <w:spacing w:after="0" w:line="240" w:lineRule="auto"/>
              <w:jc w:val="center"/>
            </w:pPr>
            <w:r>
              <w:rPr>
                <w:rFonts w:cs="Times New Roman"/>
              </w:rPr>
              <w:t>PL4 – Theo dõi đóng gói</w:t>
            </w:r>
          </w:p>
        </w:tc>
        <w:tc>
          <w:tcPr>
            <w:tcW w:w="1273" w:type="dxa"/>
            <w:tcMar>
              <w:top w:w="70" w:type="dxa"/>
              <w:left w:w="70" w:type="dxa"/>
              <w:bottom w:w="70" w:type="dxa"/>
              <w:right w:w="70" w:type="dxa"/>
            </w:tcMar>
            <w:vAlign w:val="center"/>
          </w:tcPr>
          <w:p w14:paraId="7A08E0FC" w14:textId="77777777" w:rsidR="00F83CC4" w:rsidRDefault="00000000">
            <w:pPr>
              <w:spacing w:after="0" w:line="240" w:lineRule="auto"/>
            </w:pPr>
            <w:r>
              <w:rPr>
                <w:rFonts w:cs="Times New Roman"/>
              </w:rPr>
              <w:t>Số liệu gốc: 90 kg; 300 hũ; 350 g/hũ</w:t>
            </w:r>
          </w:p>
        </w:tc>
      </w:tr>
      <w:tr w:rsidR="00F83CC4" w14:paraId="45CF02F3" w14:textId="77777777" w:rsidTr="00300E97">
        <w:trPr>
          <w:jc w:val="center"/>
        </w:trPr>
        <w:tc>
          <w:tcPr>
            <w:tcW w:w="2326" w:type="dxa"/>
            <w:tcMar>
              <w:top w:w="70" w:type="dxa"/>
              <w:left w:w="70" w:type="dxa"/>
              <w:bottom w:w="70" w:type="dxa"/>
              <w:right w:w="70" w:type="dxa"/>
            </w:tcMar>
            <w:vAlign w:val="center"/>
          </w:tcPr>
          <w:p w14:paraId="048B0700" w14:textId="77777777" w:rsidR="00F83CC4" w:rsidRDefault="00000000">
            <w:pPr>
              <w:spacing w:after="0" w:line="240" w:lineRule="auto"/>
              <w:jc w:val="center"/>
            </w:pPr>
            <w:r>
              <w:rPr>
                <w:rFonts w:cs="Times New Roman"/>
              </w:rPr>
              <w:lastRenderedPageBreak/>
              <w:t>Dán tem nhãn</w:t>
            </w:r>
          </w:p>
        </w:tc>
        <w:tc>
          <w:tcPr>
            <w:tcW w:w="2378" w:type="dxa"/>
            <w:tcMar>
              <w:top w:w="70" w:type="dxa"/>
              <w:left w:w="70" w:type="dxa"/>
              <w:bottom w:w="70" w:type="dxa"/>
              <w:right w:w="70" w:type="dxa"/>
            </w:tcMar>
            <w:vAlign w:val="center"/>
          </w:tcPr>
          <w:p w14:paraId="64983C27" w14:textId="77777777" w:rsidR="00F83CC4" w:rsidRDefault="00000000">
            <w:pPr>
              <w:spacing w:after="0" w:line="240" w:lineRule="auto"/>
            </w:pPr>
            <w:r>
              <w:rPr>
                <w:rFonts w:cs="Times New Roman"/>
              </w:rPr>
              <w:t>Nội dung nhãn đúng quy định; tem truy xuất nguồn gốc; tem dán đúng vị trí.</w:t>
            </w:r>
          </w:p>
        </w:tc>
        <w:tc>
          <w:tcPr>
            <w:tcW w:w="1928" w:type="dxa"/>
            <w:tcMar>
              <w:top w:w="70" w:type="dxa"/>
              <w:left w:w="70" w:type="dxa"/>
              <w:bottom w:w="70" w:type="dxa"/>
              <w:right w:w="70" w:type="dxa"/>
            </w:tcMar>
            <w:vAlign w:val="center"/>
          </w:tcPr>
          <w:p w14:paraId="3F488400" w14:textId="77777777" w:rsidR="00F83CC4" w:rsidRDefault="00000000">
            <w:pPr>
              <w:spacing w:after="0" w:line="240" w:lineRule="auto"/>
            </w:pPr>
            <w:r>
              <w:rPr>
                <w:rFonts w:cs="Times New Roman"/>
              </w:rPr>
              <w:t>Theo quy định ghi nhãn hàng hóa hiện hành và yêu cầu áp dụng.</w:t>
            </w:r>
          </w:p>
        </w:tc>
        <w:tc>
          <w:tcPr>
            <w:tcW w:w="1361" w:type="dxa"/>
            <w:tcMar>
              <w:top w:w="70" w:type="dxa"/>
              <w:left w:w="70" w:type="dxa"/>
              <w:bottom w:w="70" w:type="dxa"/>
              <w:right w:w="70" w:type="dxa"/>
            </w:tcMar>
            <w:vAlign w:val="center"/>
          </w:tcPr>
          <w:p w14:paraId="5BFCDA0D" w14:textId="77777777" w:rsidR="00F83CC4" w:rsidRDefault="00000000">
            <w:pPr>
              <w:spacing w:after="0" w:line="240" w:lineRule="auto"/>
            </w:pPr>
            <w:r>
              <w:rPr>
                <w:rFonts w:cs="Times New Roman"/>
              </w:rPr>
              <w:t>Kiểm tra xác suất từng lô</w:t>
            </w:r>
          </w:p>
        </w:tc>
        <w:tc>
          <w:tcPr>
            <w:tcW w:w="1531" w:type="dxa"/>
            <w:tcMar>
              <w:top w:w="70" w:type="dxa"/>
              <w:left w:w="70" w:type="dxa"/>
              <w:bottom w:w="70" w:type="dxa"/>
              <w:right w:w="70" w:type="dxa"/>
            </w:tcMar>
            <w:vAlign w:val="center"/>
          </w:tcPr>
          <w:p w14:paraId="0E460DB3" w14:textId="77777777" w:rsidR="00F83CC4" w:rsidRDefault="00000000">
            <w:pPr>
              <w:spacing w:after="0" w:line="240" w:lineRule="auto"/>
              <w:jc w:val="center"/>
            </w:pPr>
            <w:r>
              <w:rPr>
                <w:rFonts w:cs="Times New Roman"/>
              </w:rPr>
              <w:t>Mẫu nhãn, mã truy xuất</w:t>
            </w:r>
          </w:p>
        </w:tc>
        <w:tc>
          <w:tcPr>
            <w:tcW w:w="1417" w:type="dxa"/>
            <w:tcMar>
              <w:top w:w="70" w:type="dxa"/>
              <w:left w:w="70" w:type="dxa"/>
              <w:bottom w:w="70" w:type="dxa"/>
              <w:right w:w="70" w:type="dxa"/>
            </w:tcMar>
            <w:vAlign w:val="center"/>
          </w:tcPr>
          <w:p w14:paraId="308851DD" w14:textId="77777777" w:rsidR="00F83CC4" w:rsidRDefault="00000000">
            <w:pPr>
              <w:spacing w:after="0" w:line="240" w:lineRule="auto"/>
            </w:pPr>
            <w:r>
              <w:rPr>
                <w:rFonts w:cs="Times New Roman"/>
              </w:rPr>
              <w:t>Quan sát trực tiếp; đối chiếu hồ sơ</w:t>
            </w:r>
          </w:p>
        </w:tc>
        <w:tc>
          <w:tcPr>
            <w:tcW w:w="1732" w:type="dxa"/>
            <w:tcMar>
              <w:top w:w="70" w:type="dxa"/>
              <w:left w:w="70" w:type="dxa"/>
              <w:bottom w:w="70" w:type="dxa"/>
              <w:right w:w="70" w:type="dxa"/>
            </w:tcMar>
            <w:vAlign w:val="center"/>
          </w:tcPr>
          <w:p w14:paraId="78B949D9" w14:textId="77777777" w:rsidR="00F83CC4" w:rsidRDefault="00000000">
            <w:pPr>
              <w:spacing w:after="0" w:line="240" w:lineRule="auto"/>
            </w:pPr>
            <w:r>
              <w:rPr>
                <w:rFonts w:cs="Times New Roman"/>
              </w:rPr>
              <w:t>Phiếu kiểm tra nhãn/hồ sơ lô</w:t>
            </w:r>
          </w:p>
        </w:tc>
        <w:tc>
          <w:tcPr>
            <w:tcW w:w="1273" w:type="dxa"/>
            <w:tcMar>
              <w:top w:w="70" w:type="dxa"/>
              <w:left w:w="70" w:type="dxa"/>
              <w:bottom w:w="70" w:type="dxa"/>
              <w:right w:w="70" w:type="dxa"/>
            </w:tcMar>
            <w:vAlign w:val="center"/>
          </w:tcPr>
          <w:p w14:paraId="7752FD5E" w14:textId="77777777" w:rsidR="00F83CC4" w:rsidRDefault="00F83CC4">
            <w:pPr>
              <w:spacing w:after="0" w:line="240" w:lineRule="auto"/>
              <w:jc w:val="center"/>
            </w:pPr>
          </w:p>
        </w:tc>
      </w:tr>
      <w:tr w:rsidR="00F83CC4" w14:paraId="4C25F325" w14:textId="77777777" w:rsidTr="00300E97">
        <w:trPr>
          <w:jc w:val="center"/>
        </w:trPr>
        <w:tc>
          <w:tcPr>
            <w:tcW w:w="2326" w:type="dxa"/>
            <w:tcMar>
              <w:top w:w="70" w:type="dxa"/>
              <w:left w:w="70" w:type="dxa"/>
              <w:bottom w:w="70" w:type="dxa"/>
              <w:right w:w="70" w:type="dxa"/>
            </w:tcMar>
            <w:vAlign w:val="center"/>
          </w:tcPr>
          <w:p w14:paraId="31B0EB3C" w14:textId="77777777" w:rsidR="00F83CC4" w:rsidRDefault="00000000">
            <w:pPr>
              <w:spacing w:after="0" w:line="240" w:lineRule="auto"/>
              <w:jc w:val="center"/>
            </w:pPr>
            <w:r>
              <w:rPr>
                <w:rFonts w:cs="Times New Roman"/>
              </w:rPr>
              <w:t>Nhập kho/bảo quản</w:t>
            </w:r>
          </w:p>
        </w:tc>
        <w:tc>
          <w:tcPr>
            <w:tcW w:w="2378" w:type="dxa"/>
            <w:tcMar>
              <w:top w:w="70" w:type="dxa"/>
              <w:left w:w="70" w:type="dxa"/>
              <w:bottom w:w="70" w:type="dxa"/>
              <w:right w:w="70" w:type="dxa"/>
            </w:tcMar>
            <w:vAlign w:val="center"/>
          </w:tcPr>
          <w:p w14:paraId="6B3D3728" w14:textId="77777777" w:rsidR="00F83CC4" w:rsidRDefault="00000000">
            <w:pPr>
              <w:spacing w:after="0" w:line="240" w:lineRule="auto"/>
            </w:pPr>
            <w:r>
              <w:rPr>
                <w:rFonts w:cs="Times New Roman"/>
              </w:rPr>
              <w:t>Điều kiện kho; sắp xếp hàng hóa; kiểm soát côn trùng, ẩm mốc.</w:t>
            </w:r>
          </w:p>
        </w:tc>
        <w:tc>
          <w:tcPr>
            <w:tcW w:w="1928" w:type="dxa"/>
            <w:tcMar>
              <w:top w:w="70" w:type="dxa"/>
              <w:left w:w="70" w:type="dxa"/>
              <w:bottom w:w="70" w:type="dxa"/>
              <w:right w:w="70" w:type="dxa"/>
            </w:tcMar>
            <w:vAlign w:val="center"/>
          </w:tcPr>
          <w:p w14:paraId="2679FBFC" w14:textId="77777777" w:rsidR="00F83CC4" w:rsidRDefault="00000000">
            <w:pPr>
              <w:spacing w:after="0" w:line="240" w:lineRule="auto"/>
            </w:pPr>
            <w:r>
              <w:rPr>
                <w:rFonts w:cs="Times New Roman"/>
              </w:rPr>
              <w:t>Kho khô ráo, sạch sẽ, thoáng mát, bảo đảm vệ sinh an toàn thực phẩm.</w:t>
            </w:r>
          </w:p>
        </w:tc>
        <w:tc>
          <w:tcPr>
            <w:tcW w:w="1361" w:type="dxa"/>
            <w:tcMar>
              <w:top w:w="70" w:type="dxa"/>
              <w:left w:w="70" w:type="dxa"/>
              <w:bottom w:w="70" w:type="dxa"/>
              <w:right w:w="70" w:type="dxa"/>
            </w:tcMar>
            <w:vAlign w:val="center"/>
          </w:tcPr>
          <w:p w14:paraId="30C4AF2A" w14:textId="77777777" w:rsidR="00F83CC4" w:rsidRDefault="00000000">
            <w:pPr>
              <w:spacing w:after="0" w:line="240" w:lineRule="auto"/>
              <w:jc w:val="center"/>
            </w:pPr>
            <w:r>
              <w:rPr>
                <w:rFonts w:cs="Times New Roman"/>
              </w:rPr>
              <w:t>Giám sát thường xuyên</w:t>
            </w:r>
          </w:p>
        </w:tc>
        <w:tc>
          <w:tcPr>
            <w:tcW w:w="1531" w:type="dxa"/>
            <w:tcMar>
              <w:top w:w="70" w:type="dxa"/>
              <w:left w:w="70" w:type="dxa"/>
              <w:bottom w:w="70" w:type="dxa"/>
              <w:right w:w="70" w:type="dxa"/>
            </w:tcMar>
            <w:vAlign w:val="center"/>
          </w:tcPr>
          <w:p w14:paraId="0480B614" w14:textId="77777777" w:rsidR="00F83CC4" w:rsidRDefault="00000000">
            <w:pPr>
              <w:spacing w:after="0" w:line="240" w:lineRule="auto"/>
              <w:jc w:val="center"/>
            </w:pPr>
            <w:r>
              <w:rPr>
                <w:rFonts w:cs="Times New Roman"/>
              </w:rPr>
              <w:t>Nhiệt ẩm kế nếu có</w:t>
            </w:r>
          </w:p>
        </w:tc>
        <w:tc>
          <w:tcPr>
            <w:tcW w:w="1417" w:type="dxa"/>
            <w:tcMar>
              <w:top w:w="70" w:type="dxa"/>
              <w:left w:w="70" w:type="dxa"/>
              <w:bottom w:w="70" w:type="dxa"/>
              <w:right w:w="70" w:type="dxa"/>
            </w:tcMar>
            <w:vAlign w:val="center"/>
          </w:tcPr>
          <w:p w14:paraId="58D5CC3F" w14:textId="77777777" w:rsidR="00F83CC4" w:rsidRDefault="00000000">
            <w:pPr>
              <w:spacing w:after="0" w:line="240" w:lineRule="auto"/>
            </w:pPr>
            <w:r>
              <w:rPr>
                <w:rFonts w:cs="Times New Roman"/>
              </w:rPr>
              <w:t>Quan sát, ghi nhận điều kiện kho</w:t>
            </w:r>
          </w:p>
        </w:tc>
        <w:tc>
          <w:tcPr>
            <w:tcW w:w="1732" w:type="dxa"/>
            <w:tcMar>
              <w:top w:w="70" w:type="dxa"/>
              <w:left w:w="70" w:type="dxa"/>
              <w:bottom w:w="70" w:type="dxa"/>
              <w:right w:w="70" w:type="dxa"/>
            </w:tcMar>
            <w:vAlign w:val="center"/>
          </w:tcPr>
          <w:p w14:paraId="1D096275" w14:textId="77777777" w:rsidR="00F83CC4" w:rsidRDefault="00000000">
            <w:pPr>
              <w:spacing w:after="0" w:line="240" w:lineRule="auto"/>
              <w:jc w:val="center"/>
            </w:pPr>
            <w:r>
              <w:rPr>
                <w:rFonts w:cs="Times New Roman"/>
              </w:rPr>
              <w:t>PL5 – Theo dõi bảo quản</w:t>
            </w:r>
          </w:p>
        </w:tc>
        <w:tc>
          <w:tcPr>
            <w:tcW w:w="1273" w:type="dxa"/>
            <w:tcMar>
              <w:top w:w="70" w:type="dxa"/>
              <w:left w:w="70" w:type="dxa"/>
              <w:bottom w:w="70" w:type="dxa"/>
              <w:right w:w="70" w:type="dxa"/>
            </w:tcMar>
            <w:vAlign w:val="center"/>
          </w:tcPr>
          <w:p w14:paraId="0C12E69E" w14:textId="77777777" w:rsidR="00F83CC4" w:rsidRDefault="00000000">
            <w:pPr>
              <w:spacing w:after="0" w:line="240" w:lineRule="auto"/>
            </w:pPr>
            <w:r>
              <w:rPr>
                <w:rFonts w:cs="Times New Roman"/>
              </w:rPr>
              <w:t>Số liệu lô: 25°C/65%; kệ A1</w:t>
            </w:r>
          </w:p>
        </w:tc>
      </w:tr>
      <w:tr w:rsidR="00F83CC4" w14:paraId="2A0C5F06" w14:textId="77777777" w:rsidTr="00300E97">
        <w:trPr>
          <w:jc w:val="center"/>
        </w:trPr>
        <w:tc>
          <w:tcPr>
            <w:tcW w:w="2326" w:type="dxa"/>
            <w:tcMar>
              <w:top w:w="70" w:type="dxa"/>
              <w:left w:w="70" w:type="dxa"/>
              <w:bottom w:w="70" w:type="dxa"/>
              <w:right w:w="70" w:type="dxa"/>
            </w:tcMar>
            <w:vAlign w:val="center"/>
          </w:tcPr>
          <w:p w14:paraId="66EDB1AC" w14:textId="77777777" w:rsidR="00F83CC4" w:rsidRDefault="00000000">
            <w:pPr>
              <w:spacing w:after="0" w:line="240" w:lineRule="auto"/>
              <w:jc w:val="center"/>
            </w:pPr>
            <w:r>
              <w:rPr>
                <w:rFonts w:cs="Times New Roman"/>
              </w:rPr>
              <w:t>Xuất bán, vận chuyển</w:t>
            </w:r>
          </w:p>
        </w:tc>
        <w:tc>
          <w:tcPr>
            <w:tcW w:w="2378" w:type="dxa"/>
            <w:tcMar>
              <w:top w:w="70" w:type="dxa"/>
              <w:left w:w="70" w:type="dxa"/>
              <w:bottom w:w="70" w:type="dxa"/>
              <w:right w:w="70" w:type="dxa"/>
            </w:tcMar>
            <w:vAlign w:val="center"/>
          </w:tcPr>
          <w:p w14:paraId="47C60E84" w14:textId="77777777" w:rsidR="00F83CC4" w:rsidRDefault="00000000">
            <w:pPr>
              <w:spacing w:after="0" w:line="240" w:lineRule="auto"/>
            </w:pPr>
            <w:r>
              <w:rPr>
                <w:rFonts w:cs="Times New Roman"/>
              </w:rPr>
              <w:t>Bao bì nguyên vẹn; tem nhãn đầy đủ; điều kiện vận chuyển.</w:t>
            </w:r>
          </w:p>
        </w:tc>
        <w:tc>
          <w:tcPr>
            <w:tcW w:w="1928" w:type="dxa"/>
            <w:tcMar>
              <w:top w:w="70" w:type="dxa"/>
              <w:left w:w="70" w:type="dxa"/>
              <w:bottom w:w="70" w:type="dxa"/>
              <w:right w:w="70" w:type="dxa"/>
            </w:tcMar>
            <w:vAlign w:val="center"/>
          </w:tcPr>
          <w:p w14:paraId="1427C189" w14:textId="77777777" w:rsidR="00F83CC4" w:rsidRDefault="00000000">
            <w:pPr>
              <w:spacing w:after="0" w:line="240" w:lineRule="auto"/>
            </w:pPr>
            <w:r>
              <w:rPr>
                <w:rFonts w:cs="Times New Roman"/>
              </w:rPr>
              <w:t>Sản phẩm không hư hỏng, đầy đủ thông tin truy xuất.</w:t>
            </w:r>
          </w:p>
        </w:tc>
        <w:tc>
          <w:tcPr>
            <w:tcW w:w="1361" w:type="dxa"/>
            <w:tcMar>
              <w:top w:w="70" w:type="dxa"/>
              <w:left w:w="70" w:type="dxa"/>
              <w:bottom w:w="70" w:type="dxa"/>
              <w:right w:w="70" w:type="dxa"/>
            </w:tcMar>
            <w:vAlign w:val="center"/>
          </w:tcPr>
          <w:p w14:paraId="5438679B" w14:textId="77777777" w:rsidR="00F83CC4" w:rsidRDefault="00000000">
            <w:pPr>
              <w:spacing w:after="0" w:line="240" w:lineRule="auto"/>
              <w:jc w:val="center"/>
            </w:pPr>
            <w:r>
              <w:rPr>
                <w:rFonts w:cs="Times New Roman"/>
              </w:rPr>
              <w:t>Từng lô xuất hàng</w:t>
            </w:r>
          </w:p>
        </w:tc>
        <w:tc>
          <w:tcPr>
            <w:tcW w:w="1531" w:type="dxa"/>
            <w:tcMar>
              <w:top w:w="70" w:type="dxa"/>
              <w:left w:w="70" w:type="dxa"/>
              <w:bottom w:w="70" w:type="dxa"/>
              <w:right w:w="70" w:type="dxa"/>
            </w:tcMar>
            <w:vAlign w:val="center"/>
          </w:tcPr>
          <w:p w14:paraId="12EB800D" w14:textId="77777777" w:rsidR="00F83CC4" w:rsidRDefault="00000000">
            <w:pPr>
              <w:spacing w:after="0" w:line="240" w:lineRule="auto"/>
            </w:pPr>
            <w:r>
              <w:rPr>
                <w:rFonts w:cs="Times New Roman"/>
              </w:rPr>
              <w:t>Sổ bán hàng, phiếu giao hàng</w:t>
            </w:r>
          </w:p>
        </w:tc>
        <w:tc>
          <w:tcPr>
            <w:tcW w:w="1417" w:type="dxa"/>
            <w:tcMar>
              <w:top w:w="70" w:type="dxa"/>
              <w:left w:w="70" w:type="dxa"/>
              <w:bottom w:w="70" w:type="dxa"/>
              <w:right w:w="70" w:type="dxa"/>
            </w:tcMar>
            <w:vAlign w:val="center"/>
          </w:tcPr>
          <w:p w14:paraId="6F9C24EC" w14:textId="77777777" w:rsidR="00F83CC4" w:rsidRDefault="00000000">
            <w:pPr>
              <w:spacing w:after="0" w:line="240" w:lineRule="auto"/>
            </w:pPr>
            <w:r>
              <w:rPr>
                <w:rFonts w:cs="Times New Roman"/>
              </w:rPr>
              <w:t>Kiểm tra trực tiếp; đối chiếu mã lô</w:t>
            </w:r>
          </w:p>
        </w:tc>
        <w:tc>
          <w:tcPr>
            <w:tcW w:w="1732" w:type="dxa"/>
            <w:tcMar>
              <w:top w:w="70" w:type="dxa"/>
              <w:left w:w="70" w:type="dxa"/>
              <w:bottom w:w="70" w:type="dxa"/>
              <w:right w:w="70" w:type="dxa"/>
            </w:tcMar>
            <w:vAlign w:val="center"/>
          </w:tcPr>
          <w:p w14:paraId="54416666" w14:textId="77777777" w:rsidR="00F83CC4" w:rsidRDefault="00000000">
            <w:pPr>
              <w:spacing w:after="0" w:line="240" w:lineRule="auto"/>
            </w:pPr>
            <w:r>
              <w:rPr>
                <w:rFonts w:cs="Times New Roman"/>
              </w:rPr>
              <w:t>PL6 – Sổ theo dõi bán hàng</w:t>
            </w:r>
          </w:p>
        </w:tc>
        <w:tc>
          <w:tcPr>
            <w:tcW w:w="1273" w:type="dxa"/>
            <w:tcMar>
              <w:top w:w="70" w:type="dxa"/>
              <w:left w:w="70" w:type="dxa"/>
              <w:bottom w:w="70" w:type="dxa"/>
              <w:right w:w="70" w:type="dxa"/>
            </w:tcMar>
            <w:vAlign w:val="center"/>
          </w:tcPr>
          <w:p w14:paraId="6C0229D9" w14:textId="77777777" w:rsidR="00F83CC4" w:rsidRDefault="00000000">
            <w:pPr>
              <w:spacing w:after="0" w:line="240" w:lineRule="auto"/>
            </w:pPr>
            <w:r>
              <w:rPr>
                <w:rFonts w:cs="Times New Roman"/>
              </w:rPr>
              <w:t>Lô LPB.10.06: xuất 100 lọ ngày 20/6/2026</w:t>
            </w:r>
          </w:p>
        </w:tc>
      </w:tr>
    </w:tbl>
    <w:p w14:paraId="37A61FF4" w14:textId="77777777" w:rsidR="00F83CC4" w:rsidRDefault="00F83CC4">
      <w:pPr>
        <w:spacing w:after="20"/>
      </w:pPr>
    </w:p>
    <w:p w14:paraId="7B24A502" w14:textId="77777777" w:rsidR="00F83CC4" w:rsidRDefault="00000000">
      <w:pPr>
        <w:spacing w:after="120" w:line="240" w:lineRule="auto"/>
      </w:pPr>
      <w:r>
        <w:rPr>
          <w:rFonts w:cs="Times New Roman"/>
        </w:rPr>
        <w:t>Yêu cầu kiểm soát thành phẩm: Sản phẩm được kiểm tra cảm quan, độ ẩm và các chỉ tiêu chất lượng theo TCCS/kế hoạch đã xác định. Khi có kết quả không đạt, tạm dừng xuất bán lô liên quan, xác định nguyên nhân và xử lý trước khi đưa sản phẩm lưu thông.</w:t>
      </w:r>
    </w:p>
    <w:p w14:paraId="47DB47F8" w14:textId="77777777" w:rsidR="00F83CC4" w:rsidRDefault="00000000">
      <w:pPr>
        <w:spacing w:after="80" w:line="240" w:lineRule="auto"/>
      </w:pPr>
      <w:r>
        <w:rPr>
          <w:rFonts w:cs="Times New Roman"/>
        </w:rPr>
        <w:t>Nguyên tắc truy xuất: Mã lô LPB.10.06 được dùng để liên kết hồ sơ nhập nguyên liệu, lọc, hạ thủy phần, đóng gói, bảo quản và bán hàng. Mọi thông tin phải được ghi theo thực tế và đối chiếu được giữa các phụ lục.</w:t>
      </w:r>
    </w:p>
    <w:p w14:paraId="4264D3E1" w14:textId="77777777" w:rsidR="00F83CC4" w:rsidRDefault="00000000">
      <w:r>
        <w:br w:type="page"/>
      </w:r>
    </w:p>
    <w:p w14:paraId="31212FF6" w14:textId="77777777" w:rsidR="00F83CC4" w:rsidRDefault="00000000">
      <w:pPr>
        <w:spacing w:after="160" w:line="240" w:lineRule="auto"/>
        <w:jc w:val="center"/>
      </w:pPr>
      <w:r>
        <w:rPr>
          <w:rFonts w:cs="Times New Roman"/>
          <w:b/>
        </w:rPr>
        <w:lastRenderedPageBreak/>
        <w:t>PL1. THEO DÕI NHẬP NGUYÊN LIỆU</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2061"/>
        <w:gridCol w:w="3468"/>
        <w:gridCol w:w="1379"/>
        <w:gridCol w:w="1247"/>
        <w:gridCol w:w="1587"/>
        <w:gridCol w:w="2024"/>
        <w:gridCol w:w="1650"/>
      </w:tblGrid>
      <w:tr w:rsidR="00F83CC4" w14:paraId="7A00EDC6" w14:textId="77777777" w:rsidTr="00CB6022">
        <w:trPr>
          <w:tblHeader/>
          <w:jc w:val="center"/>
        </w:trPr>
        <w:tc>
          <w:tcPr>
            <w:tcW w:w="2061" w:type="dxa"/>
            <w:shd w:val="clear" w:color="auto" w:fill="D9EAD3"/>
            <w:tcMar>
              <w:top w:w="70" w:type="dxa"/>
              <w:left w:w="70" w:type="dxa"/>
              <w:bottom w:w="70" w:type="dxa"/>
              <w:right w:w="70" w:type="dxa"/>
            </w:tcMar>
            <w:vAlign w:val="center"/>
          </w:tcPr>
          <w:p w14:paraId="6139C64F" w14:textId="77777777" w:rsidR="00F83CC4" w:rsidRDefault="00000000" w:rsidP="00CB6022">
            <w:pPr>
              <w:spacing w:after="0" w:line="360" w:lineRule="auto"/>
              <w:jc w:val="center"/>
            </w:pPr>
            <w:r>
              <w:rPr>
                <w:rFonts w:cs="Times New Roman"/>
                <w:b/>
              </w:rPr>
              <w:t>Ngày nhập</w:t>
            </w:r>
          </w:p>
        </w:tc>
        <w:tc>
          <w:tcPr>
            <w:tcW w:w="3468" w:type="dxa"/>
            <w:shd w:val="clear" w:color="auto" w:fill="D9EAD3"/>
            <w:tcMar>
              <w:top w:w="70" w:type="dxa"/>
              <w:left w:w="70" w:type="dxa"/>
              <w:bottom w:w="70" w:type="dxa"/>
              <w:right w:w="70" w:type="dxa"/>
            </w:tcMar>
            <w:vAlign w:val="center"/>
          </w:tcPr>
          <w:p w14:paraId="0079ABA8" w14:textId="77777777" w:rsidR="00F83CC4" w:rsidRDefault="00000000" w:rsidP="00CB6022">
            <w:pPr>
              <w:spacing w:after="0" w:line="360" w:lineRule="auto"/>
              <w:jc w:val="center"/>
            </w:pPr>
            <w:r>
              <w:rPr>
                <w:rFonts w:cs="Times New Roman"/>
                <w:b/>
              </w:rPr>
              <w:t>Nguồn gốc</w:t>
            </w:r>
          </w:p>
        </w:tc>
        <w:tc>
          <w:tcPr>
            <w:tcW w:w="1379" w:type="dxa"/>
            <w:shd w:val="clear" w:color="auto" w:fill="D9EAD3"/>
            <w:tcMar>
              <w:top w:w="70" w:type="dxa"/>
              <w:left w:w="70" w:type="dxa"/>
              <w:bottom w:w="70" w:type="dxa"/>
              <w:right w:w="70" w:type="dxa"/>
            </w:tcMar>
            <w:vAlign w:val="center"/>
          </w:tcPr>
          <w:p w14:paraId="56BAEF2C" w14:textId="77777777" w:rsidR="00F83CC4" w:rsidRDefault="00000000" w:rsidP="00CB6022">
            <w:pPr>
              <w:spacing w:after="0" w:line="360" w:lineRule="auto"/>
              <w:jc w:val="center"/>
            </w:pPr>
            <w:r>
              <w:rPr>
                <w:rFonts w:cs="Times New Roman"/>
                <w:b/>
              </w:rPr>
              <w:t>Khối lượng (kg)</w:t>
            </w:r>
          </w:p>
        </w:tc>
        <w:tc>
          <w:tcPr>
            <w:tcW w:w="1247" w:type="dxa"/>
            <w:shd w:val="clear" w:color="auto" w:fill="D9EAD3"/>
            <w:tcMar>
              <w:top w:w="70" w:type="dxa"/>
              <w:left w:w="70" w:type="dxa"/>
              <w:bottom w:w="70" w:type="dxa"/>
              <w:right w:w="70" w:type="dxa"/>
            </w:tcMar>
            <w:vAlign w:val="center"/>
          </w:tcPr>
          <w:p w14:paraId="5C764C17" w14:textId="77777777" w:rsidR="00F83CC4" w:rsidRDefault="00000000" w:rsidP="00CB6022">
            <w:pPr>
              <w:spacing w:after="0" w:line="360" w:lineRule="auto"/>
              <w:jc w:val="center"/>
            </w:pPr>
            <w:r>
              <w:rPr>
                <w:rFonts w:cs="Times New Roman"/>
                <w:b/>
              </w:rPr>
              <w:t>Mã lô NL</w:t>
            </w:r>
          </w:p>
        </w:tc>
        <w:tc>
          <w:tcPr>
            <w:tcW w:w="1587" w:type="dxa"/>
            <w:shd w:val="clear" w:color="auto" w:fill="D9EAD3"/>
            <w:tcMar>
              <w:top w:w="70" w:type="dxa"/>
              <w:left w:w="70" w:type="dxa"/>
              <w:bottom w:w="70" w:type="dxa"/>
              <w:right w:w="70" w:type="dxa"/>
            </w:tcMar>
            <w:vAlign w:val="center"/>
          </w:tcPr>
          <w:p w14:paraId="4152033E" w14:textId="77777777" w:rsidR="00F83CC4" w:rsidRDefault="00000000" w:rsidP="00CB6022">
            <w:pPr>
              <w:spacing w:after="0" w:line="360" w:lineRule="auto"/>
              <w:jc w:val="center"/>
            </w:pPr>
            <w:r>
              <w:rPr>
                <w:rFonts w:cs="Times New Roman"/>
                <w:b/>
              </w:rPr>
              <w:t>Tình trạng nguyên liệu</w:t>
            </w:r>
          </w:p>
        </w:tc>
        <w:tc>
          <w:tcPr>
            <w:tcW w:w="2024" w:type="dxa"/>
            <w:shd w:val="clear" w:color="auto" w:fill="D9EAD3"/>
            <w:tcMar>
              <w:top w:w="70" w:type="dxa"/>
              <w:left w:w="70" w:type="dxa"/>
              <w:bottom w:w="70" w:type="dxa"/>
              <w:right w:w="70" w:type="dxa"/>
            </w:tcMar>
            <w:vAlign w:val="center"/>
          </w:tcPr>
          <w:p w14:paraId="02534927" w14:textId="77777777" w:rsidR="00F83CC4" w:rsidRDefault="00000000" w:rsidP="00CB6022">
            <w:pPr>
              <w:spacing w:after="0" w:line="360" w:lineRule="auto"/>
              <w:jc w:val="center"/>
            </w:pPr>
            <w:r>
              <w:rPr>
                <w:rFonts w:cs="Times New Roman"/>
                <w:b/>
              </w:rPr>
              <w:t>Người nhập</w:t>
            </w:r>
          </w:p>
        </w:tc>
        <w:tc>
          <w:tcPr>
            <w:tcW w:w="1650" w:type="dxa"/>
            <w:shd w:val="clear" w:color="auto" w:fill="D9EAD3"/>
            <w:tcMar>
              <w:top w:w="70" w:type="dxa"/>
              <w:left w:w="70" w:type="dxa"/>
              <w:bottom w:w="70" w:type="dxa"/>
              <w:right w:w="70" w:type="dxa"/>
            </w:tcMar>
            <w:vAlign w:val="center"/>
          </w:tcPr>
          <w:p w14:paraId="502A18A9" w14:textId="77777777" w:rsidR="00F83CC4" w:rsidRDefault="00000000" w:rsidP="00CB6022">
            <w:pPr>
              <w:spacing w:after="0" w:line="360" w:lineRule="auto"/>
              <w:jc w:val="center"/>
            </w:pPr>
            <w:r>
              <w:rPr>
                <w:rFonts w:cs="Times New Roman"/>
                <w:b/>
              </w:rPr>
              <w:t>Ghi chú</w:t>
            </w:r>
          </w:p>
        </w:tc>
      </w:tr>
      <w:tr w:rsidR="00F83CC4" w14:paraId="382103A9" w14:textId="77777777" w:rsidTr="00CB6022">
        <w:trPr>
          <w:jc w:val="center"/>
        </w:trPr>
        <w:tc>
          <w:tcPr>
            <w:tcW w:w="2061" w:type="dxa"/>
            <w:tcMar>
              <w:top w:w="70" w:type="dxa"/>
              <w:left w:w="70" w:type="dxa"/>
              <w:bottom w:w="70" w:type="dxa"/>
              <w:right w:w="70" w:type="dxa"/>
            </w:tcMar>
            <w:vAlign w:val="center"/>
          </w:tcPr>
          <w:p w14:paraId="10AEC8BB" w14:textId="77777777" w:rsidR="00F83CC4" w:rsidRDefault="00000000" w:rsidP="00CB6022">
            <w:pPr>
              <w:spacing w:after="0" w:line="360" w:lineRule="auto"/>
              <w:jc w:val="center"/>
            </w:pPr>
            <w:r>
              <w:rPr>
                <w:rFonts w:cs="Times New Roman"/>
              </w:rPr>
              <w:t>10/6/2026</w:t>
            </w:r>
          </w:p>
        </w:tc>
        <w:tc>
          <w:tcPr>
            <w:tcW w:w="3468" w:type="dxa"/>
            <w:tcMar>
              <w:top w:w="70" w:type="dxa"/>
              <w:left w:w="70" w:type="dxa"/>
              <w:bottom w:w="70" w:type="dxa"/>
              <w:right w:w="70" w:type="dxa"/>
            </w:tcMar>
            <w:vAlign w:val="center"/>
          </w:tcPr>
          <w:p w14:paraId="1C5774E5" w14:textId="77777777" w:rsidR="00F83CC4" w:rsidRDefault="00000000" w:rsidP="00CB6022">
            <w:pPr>
              <w:spacing w:after="0" w:line="360" w:lineRule="auto"/>
            </w:pPr>
            <w:r>
              <w:rPr>
                <w:rFonts w:cs="Times New Roman"/>
              </w:rPr>
              <w:t>Hộ sản xuất kinh doanh Lương Thị Phong</w:t>
            </w:r>
          </w:p>
        </w:tc>
        <w:tc>
          <w:tcPr>
            <w:tcW w:w="1379" w:type="dxa"/>
            <w:tcMar>
              <w:top w:w="70" w:type="dxa"/>
              <w:left w:w="70" w:type="dxa"/>
              <w:bottom w:w="70" w:type="dxa"/>
              <w:right w:w="70" w:type="dxa"/>
            </w:tcMar>
            <w:vAlign w:val="center"/>
          </w:tcPr>
          <w:p w14:paraId="622C2931" w14:textId="77777777" w:rsidR="00F83CC4" w:rsidRDefault="00000000" w:rsidP="00CB6022">
            <w:pPr>
              <w:spacing w:after="0" w:line="360" w:lineRule="auto"/>
              <w:jc w:val="center"/>
            </w:pPr>
            <w:r>
              <w:rPr>
                <w:rFonts w:cs="Times New Roman"/>
              </w:rPr>
              <w:t>100</w:t>
            </w:r>
          </w:p>
        </w:tc>
        <w:tc>
          <w:tcPr>
            <w:tcW w:w="1247" w:type="dxa"/>
            <w:tcMar>
              <w:top w:w="70" w:type="dxa"/>
              <w:left w:w="70" w:type="dxa"/>
              <w:bottom w:w="70" w:type="dxa"/>
              <w:right w:w="70" w:type="dxa"/>
            </w:tcMar>
            <w:vAlign w:val="center"/>
          </w:tcPr>
          <w:p w14:paraId="533518E3" w14:textId="77777777" w:rsidR="00F83CC4" w:rsidRDefault="00000000" w:rsidP="00CB6022">
            <w:pPr>
              <w:spacing w:after="0" w:line="360" w:lineRule="auto"/>
              <w:jc w:val="center"/>
            </w:pPr>
            <w:r>
              <w:rPr>
                <w:rFonts w:cs="Times New Roman"/>
              </w:rPr>
              <w:t>LPB.10.06</w:t>
            </w:r>
          </w:p>
        </w:tc>
        <w:tc>
          <w:tcPr>
            <w:tcW w:w="1587" w:type="dxa"/>
            <w:tcMar>
              <w:top w:w="70" w:type="dxa"/>
              <w:left w:w="70" w:type="dxa"/>
              <w:bottom w:w="70" w:type="dxa"/>
              <w:right w:w="70" w:type="dxa"/>
            </w:tcMar>
            <w:vAlign w:val="center"/>
          </w:tcPr>
          <w:p w14:paraId="37089F5F" w14:textId="77777777" w:rsidR="00F83CC4" w:rsidRDefault="00000000" w:rsidP="00CB6022">
            <w:pPr>
              <w:spacing w:after="0" w:line="360" w:lineRule="auto"/>
              <w:jc w:val="center"/>
            </w:pPr>
            <w:r>
              <w:rPr>
                <w:rFonts w:cs="Times New Roman"/>
              </w:rPr>
              <w:t>Đạt</w:t>
            </w:r>
          </w:p>
        </w:tc>
        <w:tc>
          <w:tcPr>
            <w:tcW w:w="2024" w:type="dxa"/>
            <w:tcMar>
              <w:top w:w="70" w:type="dxa"/>
              <w:left w:w="70" w:type="dxa"/>
              <w:bottom w:w="70" w:type="dxa"/>
              <w:right w:w="70" w:type="dxa"/>
            </w:tcMar>
            <w:vAlign w:val="center"/>
          </w:tcPr>
          <w:p w14:paraId="60D6D05C" w14:textId="77777777" w:rsidR="00F83CC4" w:rsidRDefault="00000000" w:rsidP="00CB6022">
            <w:pPr>
              <w:spacing w:after="0" w:line="360" w:lineRule="auto"/>
              <w:jc w:val="center"/>
            </w:pPr>
            <w:r>
              <w:rPr>
                <w:rFonts w:cs="Times New Roman"/>
              </w:rPr>
              <w:t>Lương Thị Phong</w:t>
            </w:r>
          </w:p>
        </w:tc>
        <w:tc>
          <w:tcPr>
            <w:tcW w:w="1650" w:type="dxa"/>
            <w:tcMar>
              <w:top w:w="70" w:type="dxa"/>
              <w:left w:w="70" w:type="dxa"/>
              <w:bottom w:w="70" w:type="dxa"/>
              <w:right w:w="70" w:type="dxa"/>
            </w:tcMar>
            <w:vAlign w:val="center"/>
          </w:tcPr>
          <w:p w14:paraId="2C0432E3" w14:textId="77777777" w:rsidR="00F83CC4" w:rsidRDefault="00F83CC4" w:rsidP="00CB6022">
            <w:pPr>
              <w:spacing w:after="0" w:line="360" w:lineRule="auto"/>
              <w:jc w:val="center"/>
            </w:pPr>
          </w:p>
        </w:tc>
      </w:tr>
    </w:tbl>
    <w:p w14:paraId="65963206" w14:textId="77777777" w:rsidR="00F83CC4" w:rsidRDefault="00F83CC4">
      <w:pPr>
        <w:spacing w:after="20"/>
      </w:pPr>
    </w:p>
    <w:p w14:paraId="711DE88D" w14:textId="6DFC32C2" w:rsidR="00F83CC4" w:rsidRDefault="00CB6022" w:rsidP="00CB6022">
      <w:pPr>
        <w:tabs>
          <w:tab w:val="center" w:pos="7341"/>
        </w:tabs>
      </w:pPr>
      <w:r>
        <w:tab/>
      </w:r>
      <w:r w:rsidR="00000000">
        <w:rPr>
          <w:rFonts w:cs="Times New Roman"/>
          <w:b/>
        </w:rPr>
        <w:t>PL2. THEO DÕI QUÁ TRÌNH LỌC MẬT ONG</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560"/>
        <w:gridCol w:w="1559"/>
        <w:gridCol w:w="1843"/>
        <w:gridCol w:w="1559"/>
        <w:gridCol w:w="1740"/>
        <w:gridCol w:w="1378"/>
        <w:gridCol w:w="1701"/>
        <w:gridCol w:w="1941"/>
      </w:tblGrid>
      <w:tr w:rsidR="00F83CC4" w14:paraId="6817B34F" w14:textId="77777777" w:rsidTr="00300E97">
        <w:trPr>
          <w:tblHeader/>
          <w:jc w:val="center"/>
        </w:trPr>
        <w:tc>
          <w:tcPr>
            <w:tcW w:w="1560" w:type="dxa"/>
            <w:shd w:val="clear" w:color="auto" w:fill="D9EAD3"/>
            <w:tcMar>
              <w:top w:w="70" w:type="dxa"/>
              <w:left w:w="70" w:type="dxa"/>
              <w:bottom w:w="70" w:type="dxa"/>
              <w:right w:w="70" w:type="dxa"/>
            </w:tcMar>
            <w:vAlign w:val="center"/>
          </w:tcPr>
          <w:p w14:paraId="236F4F80" w14:textId="77777777" w:rsidR="00F83CC4" w:rsidRDefault="00000000">
            <w:pPr>
              <w:spacing w:after="0" w:line="240" w:lineRule="auto"/>
              <w:jc w:val="center"/>
            </w:pPr>
            <w:r>
              <w:rPr>
                <w:rFonts w:cs="Times New Roman"/>
                <w:b/>
              </w:rPr>
              <w:t>Ngày lọc</w:t>
            </w:r>
          </w:p>
        </w:tc>
        <w:tc>
          <w:tcPr>
            <w:tcW w:w="1559" w:type="dxa"/>
            <w:shd w:val="clear" w:color="auto" w:fill="D9EAD3"/>
            <w:tcMar>
              <w:top w:w="70" w:type="dxa"/>
              <w:left w:w="70" w:type="dxa"/>
              <w:bottom w:w="70" w:type="dxa"/>
              <w:right w:w="70" w:type="dxa"/>
            </w:tcMar>
            <w:vAlign w:val="center"/>
          </w:tcPr>
          <w:p w14:paraId="0049B918" w14:textId="77777777" w:rsidR="00F83CC4" w:rsidRDefault="00000000">
            <w:pPr>
              <w:spacing w:after="0" w:line="240" w:lineRule="auto"/>
              <w:jc w:val="center"/>
            </w:pPr>
            <w:r>
              <w:rPr>
                <w:rFonts w:cs="Times New Roman"/>
                <w:b/>
              </w:rPr>
              <w:t>Mã lô NL</w:t>
            </w:r>
          </w:p>
        </w:tc>
        <w:tc>
          <w:tcPr>
            <w:tcW w:w="1843" w:type="dxa"/>
            <w:shd w:val="clear" w:color="auto" w:fill="D9EAD3"/>
            <w:tcMar>
              <w:top w:w="70" w:type="dxa"/>
              <w:left w:w="70" w:type="dxa"/>
              <w:bottom w:w="70" w:type="dxa"/>
              <w:right w:w="70" w:type="dxa"/>
            </w:tcMar>
            <w:vAlign w:val="center"/>
          </w:tcPr>
          <w:p w14:paraId="274E8E29" w14:textId="77777777" w:rsidR="00F83CC4" w:rsidRDefault="00000000">
            <w:pPr>
              <w:spacing w:after="0" w:line="240" w:lineRule="auto"/>
              <w:jc w:val="center"/>
            </w:pPr>
            <w:r>
              <w:rPr>
                <w:rFonts w:cs="Times New Roman"/>
                <w:b/>
              </w:rPr>
              <w:t>Khối lượng trước lọc (kg)</w:t>
            </w:r>
          </w:p>
        </w:tc>
        <w:tc>
          <w:tcPr>
            <w:tcW w:w="1559" w:type="dxa"/>
            <w:shd w:val="clear" w:color="auto" w:fill="D9EAD3"/>
            <w:tcMar>
              <w:top w:w="70" w:type="dxa"/>
              <w:left w:w="70" w:type="dxa"/>
              <w:bottom w:w="70" w:type="dxa"/>
              <w:right w:w="70" w:type="dxa"/>
            </w:tcMar>
            <w:vAlign w:val="center"/>
          </w:tcPr>
          <w:p w14:paraId="0BB07678" w14:textId="77777777" w:rsidR="00F83CC4" w:rsidRDefault="00000000">
            <w:pPr>
              <w:spacing w:after="0" w:line="240" w:lineRule="auto"/>
              <w:jc w:val="center"/>
            </w:pPr>
            <w:r>
              <w:rPr>
                <w:rFonts w:cs="Times New Roman"/>
                <w:b/>
              </w:rPr>
              <w:t>Khối lượng sau lọc (kg)</w:t>
            </w:r>
          </w:p>
        </w:tc>
        <w:tc>
          <w:tcPr>
            <w:tcW w:w="1740" w:type="dxa"/>
            <w:shd w:val="clear" w:color="auto" w:fill="D9EAD3"/>
            <w:tcMar>
              <w:top w:w="70" w:type="dxa"/>
              <w:left w:w="70" w:type="dxa"/>
              <w:bottom w:w="70" w:type="dxa"/>
              <w:right w:w="70" w:type="dxa"/>
            </w:tcMar>
            <w:vAlign w:val="center"/>
          </w:tcPr>
          <w:p w14:paraId="0BBD849B" w14:textId="77777777" w:rsidR="00F83CC4" w:rsidRDefault="00000000">
            <w:pPr>
              <w:spacing w:after="0" w:line="240" w:lineRule="auto"/>
              <w:jc w:val="center"/>
            </w:pPr>
            <w:r>
              <w:rPr>
                <w:rFonts w:cs="Times New Roman"/>
                <w:b/>
              </w:rPr>
              <w:t>Tình trạng tạp chất</w:t>
            </w:r>
          </w:p>
        </w:tc>
        <w:tc>
          <w:tcPr>
            <w:tcW w:w="1378" w:type="dxa"/>
            <w:shd w:val="clear" w:color="auto" w:fill="D9EAD3"/>
            <w:tcMar>
              <w:top w:w="70" w:type="dxa"/>
              <w:left w:w="70" w:type="dxa"/>
              <w:bottom w:w="70" w:type="dxa"/>
              <w:right w:w="70" w:type="dxa"/>
            </w:tcMar>
            <w:vAlign w:val="center"/>
          </w:tcPr>
          <w:p w14:paraId="0094EBD4" w14:textId="77777777" w:rsidR="00F83CC4" w:rsidRDefault="00000000">
            <w:pPr>
              <w:spacing w:after="0" w:line="240" w:lineRule="auto"/>
              <w:jc w:val="center"/>
            </w:pPr>
            <w:r>
              <w:rPr>
                <w:rFonts w:cs="Times New Roman"/>
                <w:b/>
              </w:rPr>
              <w:t>Độ trong nguyên liệu</w:t>
            </w:r>
          </w:p>
        </w:tc>
        <w:tc>
          <w:tcPr>
            <w:tcW w:w="1701" w:type="dxa"/>
            <w:shd w:val="clear" w:color="auto" w:fill="D9EAD3"/>
            <w:tcMar>
              <w:top w:w="70" w:type="dxa"/>
              <w:left w:w="70" w:type="dxa"/>
              <w:bottom w:w="70" w:type="dxa"/>
              <w:right w:w="70" w:type="dxa"/>
            </w:tcMar>
            <w:vAlign w:val="center"/>
          </w:tcPr>
          <w:p w14:paraId="6C27DC5C" w14:textId="77777777" w:rsidR="00F83CC4" w:rsidRDefault="00000000">
            <w:pPr>
              <w:spacing w:after="0" w:line="240" w:lineRule="auto"/>
              <w:jc w:val="center"/>
            </w:pPr>
            <w:r>
              <w:rPr>
                <w:rFonts w:cs="Times New Roman"/>
                <w:b/>
              </w:rPr>
              <w:t>Thiết bị/dụng cụ lọc</w:t>
            </w:r>
          </w:p>
        </w:tc>
        <w:tc>
          <w:tcPr>
            <w:tcW w:w="1941" w:type="dxa"/>
            <w:shd w:val="clear" w:color="auto" w:fill="D9EAD3"/>
            <w:tcMar>
              <w:top w:w="70" w:type="dxa"/>
              <w:left w:w="70" w:type="dxa"/>
              <w:bottom w:w="70" w:type="dxa"/>
              <w:right w:w="70" w:type="dxa"/>
            </w:tcMar>
            <w:vAlign w:val="center"/>
          </w:tcPr>
          <w:p w14:paraId="503DA60A" w14:textId="77777777" w:rsidR="00F83CC4" w:rsidRDefault="00000000">
            <w:pPr>
              <w:spacing w:after="0" w:line="240" w:lineRule="auto"/>
              <w:jc w:val="center"/>
            </w:pPr>
            <w:r>
              <w:rPr>
                <w:rFonts w:cs="Times New Roman"/>
                <w:b/>
              </w:rPr>
              <w:t>Người thực hiện</w:t>
            </w:r>
          </w:p>
        </w:tc>
      </w:tr>
      <w:tr w:rsidR="00F83CC4" w14:paraId="67CDC5E5" w14:textId="77777777" w:rsidTr="00300E97">
        <w:trPr>
          <w:jc w:val="center"/>
        </w:trPr>
        <w:tc>
          <w:tcPr>
            <w:tcW w:w="1560" w:type="dxa"/>
            <w:tcMar>
              <w:top w:w="70" w:type="dxa"/>
              <w:left w:w="70" w:type="dxa"/>
              <w:bottom w:w="70" w:type="dxa"/>
              <w:right w:w="70" w:type="dxa"/>
            </w:tcMar>
            <w:vAlign w:val="center"/>
          </w:tcPr>
          <w:p w14:paraId="7046CA31" w14:textId="77777777" w:rsidR="00F83CC4" w:rsidRDefault="00000000">
            <w:pPr>
              <w:spacing w:after="0" w:line="240" w:lineRule="auto"/>
              <w:jc w:val="center"/>
            </w:pPr>
            <w:r>
              <w:rPr>
                <w:rFonts w:cs="Times New Roman"/>
              </w:rPr>
              <w:t>12/6/2026</w:t>
            </w:r>
          </w:p>
        </w:tc>
        <w:tc>
          <w:tcPr>
            <w:tcW w:w="1559" w:type="dxa"/>
            <w:tcMar>
              <w:top w:w="70" w:type="dxa"/>
              <w:left w:w="70" w:type="dxa"/>
              <w:bottom w:w="70" w:type="dxa"/>
              <w:right w:w="70" w:type="dxa"/>
            </w:tcMar>
            <w:vAlign w:val="center"/>
          </w:tcPr>
          <w:p w14:paraId="66C7BA9A" w14:textId="77777777" w:rsidR="00F83CC4" w:rsidRDefault="00000000">
            <w:pPr>
              <w:spacing w:after="0" w:line="240" w:lineRule="auto"/>
              <w:jc w:val="center"/>
            </w:pPr>
            <w:r>
              <w:rPr>
                <w:rFonts w:cs="Times New Roman"/>
              </w:rPr>
              <w:t>LPB.10.06</w:t>
            </w:r>
          </w:p>
        </w:tc>
        <w:tc>
          <w:tcPr>
            <w:tcW w:w="1843" w:type="dxa"/>
            <w:tcMar>
              <w:top w:w="70" w:type="dxa"/>
              <w:left w:w="70" w:type="dxa"/>
              <w:bottom w:w="70" w:type="dxa"/>
              <w:right w:w="70" w:type="dxa"/>
            </w:tcMar>
            <w:vAlign w:val="center"/>
          </w:tcPr>
          <w:p w14:paraId="174E8914" w14:textId="77777777" w:rsidR="00F83CC4" w:rsidRDefault="00000000">
            <w:pPr>
              <w:spacing w:after="0" w:line="240" w:lineRule="auto"/>
              <w:jc w:val="center"/>
            </w:pPr>
            <w:r>
              <w:rPr>
                <w:rFonts w:cs="Times New Roman"/>
              </w:rPr>
              <w:t>100</w:t>
            </w:r>
          </w:p>
        </w:tc>
        <w:tc>
          <w:tcPr>
            <w:tcW w:w="1559" w:type="dxa"/>
            <w:tcMar>
              <w:top w:w="70" w:type="dxa"/>
              <w:left w:w="70" w:type="dxa"/>
              <w:bottom w:w="70" w:type="dxa"/>
              <w:right w:w="70" w:type="dxa"/>
            </w:tcMar>
            <w:vAlign w:val="center"/>
          </w:tcPr>
          <w:p w14:paraId="3AED83A8" w14:textId="77777777" w:rsidR="00F83CC4" w:rsidRDefault="00000000">
            <w:pPr>
              <w:spacing w:after="0" w:line="240" w:lineRule="auto"/>
              <w:jc w:val="center"/>
            </w:pPr>
            <w:r>
              <w:rPr>
                <w:rFonts w:cs="Times New Roman"/>
              </w:rPr>
              <w:t>98</w:t>
            </w:r>
          </w:p>
        </w:tc>
        <w:tc>
          <w:tcPr>
            <w:tcW w:w="1740" w:type="dxa"/>
            <w:tcMar>
              <w:top w:w="70" w:type="dxa"/>
              <w:left w:w="70" w:type="dxa"/>
              <w:bottom w:w="70" w:type="dxa"/>
              <w:right w:w="70" w:type="dxa"/>
            </w:tcMar>
            <w:vAlign w:val="center"/>
          </w:tcPr>
          <w:p w14:paraId="44E09122" w14:textId="77777777" w:rsidR="00F83CC4" w:rsidRDefault="00000000">
            <w:pPr>
              <w:spacing w:after="0" w:line="240" w:lineRule="auto"/>
            </w:pPr>
            <w:r>
              <w:rPr>
                <w:rFonts w:cs="Times New Roman"/>
              </w:rPr>
              <w:t>Không còn tạp chất ghi nhận</w:t>
            </w:r>
          </w:p>
        </w:tc>
        <w:tc>
          <w:tcPr>
            <w:tcW w:w="1378" w:type="dxa"/>
            <w:tcMar>
              <w:top w:w="70" w:type="dxa"/>
              <w:left w:w="70" w:type="dxa"/>
              <w:bottom w:w="70" w:type="dxa"/>
              <w:right w:w="70" w:type="dxa"/>
            </w:tcMar>
            <w:vAlign w:val="center"/>
          </w:tcPr>
          <w:p w14:paraId="762C9BAA" w14:textId="77777777" w:rsidR="00F83CC4" w:rsidRDefault="00000000">
            <w:pPr>
              <w:spacing w:after="0" w:line="240" w:lineRule="auto"/>
              <w:jc w:val="center"/>
            </w:pPr>
            <w:r>
              <w:rPr>
                <w:rFonts w:cs="Times New Roman"/>
              </w:rPr>
              <w:t>Đạt</w:t>
            </w:r>
          </w:p>
        </w:tc>
        <w:tc>
          <w:tcPr>
            <w:tcW w:w="1701" w:type="dxa"/>
            <w:tcMar>
              <w:top w:w="70" w:type="dxa"/>
              <w:left w:w="70" w:type="dxa"/>
              <w:bottom w:w="70" w:type="dxa"/>
              <w:right w:w="70" w:type="dxa"/>
            </w:tcMar>
            <w:vAlign w:val="center"/>
          </w:tcPr>
          <w:p w14:paraId="285CD28D" w14:textId="77777777" w:rsidR="00F83CC4" w:rsidRDefault="00000000">
            <w:pPr>
              <w:spacing w:after="0" w:line="240" w:lineRule="auto"/>
              <w:jc w:val="center"/>
            </w:pPr>
            <w:r>
              <w:rPr>
                <w:rFonts w:cs="Times New Roman"/>
              </w:rPr>
              <w:t>Lưới lọc Inox</w:t>
            </w:r>
          </w:p>
        </w:tc>
        <w:tc>
          <w:tcPr>
            <w:tcW w:w="1941" w:type="dxa"/>
            <w:tcMar>
              <w:top w:w="70" w:type="dxa"/>
              <w:left w:w="70" w:type="dxa"/>
              <w:bottom w:w="70" w:type="dxa"/>
              <w:right w:w="70" w:type="dxa"/>
            </w:tcMar>
            <w:vAlign w:val="center"/>
          </w:tcPr>
          <w:p w14:paraId="0C064690" w14:textId="77777777" w:rsidR="00F83CC4" w:rsidRDefault="00000000">
            <w:pPr>
              <w:spacing w:after="0" w:line="240" w:lineRule="auto"/>
              <w:jc w:val="center"/>
            </w:pPr>
            <w:r>
              <w:rPr>
                <w:rFonts w:cs="Times New Roman"/>
              </w:rPr>
              <w:t>Lương Thị Phong</w:t>
            </w:r>
          </w:p>
        </w:tc>
      </w:tr>
    </w:tbl>
    <w:p w14:paraId="5C2DDC40" w14:textId="77777777" w:rsidR="00F83CC4" w:rsidRDefault="00F83CC4">
      <w:pPr>
        <w:spacing w:after="20"/>
      </w:pPr>
    </w:p>
    <w:p w14:paraId="666758F7" w14:textId="4E024ED3" w:rsidR="00F83CC4" w:rsidRDefault="00CB6022" w:rsidP="00CB6022">
      <w:pPr>
        <w:tabs>
          <w:tab w:val="center" w:pos="7341"/>
        </w:tabs>
      </w:pPr>
      <w:r>
        <w:tab/>
      </w:r>
    </w:p>
    <w:p w14:paraId="25CCF424" w14:textId="77777777" w:rsidR="00F83CC4" w:rsidRDefault="00000000">
      <w:pPr>
        <w:spacing w:after="160" w:line="240" w:lineRule="auto"/>
        <w:jc w:val="center"/>
      </w:pPr>
      <w:r>
        <w:rPr>
          <w:rFonts w:cs="Times New Roman"/>
          <w:b/>
        </w:rPr>
        <w:t>PL3. THEO DÕI QUÁ TRÌNH HẠ THỦY PHẦN</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644"/>
        <w:gridCol w:w="1559"/>
        <w:gridCol w:w="1446"/>
        <w:gridCol w:w="1247"/>
        <w:gridCol w:w="1020"/>
        <w:gridCol w:w="1020"/>
        <w:gridCol w:w="1020"/>
        <w:gridCol w:w="1020"/>
        <w:gridCol w:w="1814"/>
        <w:gridCol w:w="1903"/>
      </w:tblGrid>
      <w:tr w:rsidR="00F83CC4" w14:paraId="77806AC9" w14:textId="77777777" w:rsidTr="00CB6022">
        <w:trPr>
          <w:tblHeader/>
          <w:jc w:val="center"/>
        </w:trPr>
        <w:tc>
          <w:tcPr>
            <w:tcW w:w="1644" w:type="dxa"/>
            <w:shd w:val="clear" w:color="auto" w:fill="D9EAD3"/>
            <w:tcMar>
              <w:top w:w="70" w:type="dxa"/>
              <w:left w:w="70" w:type="dxa"/>
              <w:bottom w:w="70" w:type="dxa"/>
              <w:right w:w="70" w:type="dxa"/>
            </w:tcMar>
            <w:vAlign w:val="center"/>
          </w:tcPr>
          <w:p w14:paraId="42BEDEF2" w14:textId="77777777" w:rsidR="00F83CC4" w:rsidRDefault="00000000">
            <w:pPr>
              <w:spacing w:after="0" w:line="240" w:lineRule="auto"/>
              <w:jc w:val="center"/>
            </w:pPr>
            <w:r>
              <w:rPr>
                <w:rFonts w:cs="Times New Roman"/>
                <w:b/>
              </w:rPr>
              <w:t>Ngày thực hiện</w:t>
            </w:r>
          </w:p>
        </w:tc>
        <w:tc>
          <w:tcPr>
            <w:tcW w:w="1559" w:type="dxa"/>
            <w:shd w:val="clear" w:color="auto" w:fill="D9EAD3"/>
            <w:tcMar>
              <w:top w:w="70" w:type="dxa"/>
              <w:left w:w="70" w:type="dxa"/>
              <w:bottom w:w="70" w:type="dxa"/>
              <w:right w:w="70" w:type="dxa"/>
            </w:tcMar>
            <w:vAlign w:val="center"/>
          </w:tcPr>
          <w:p w14:paraId="2F7BC9E6" w14:textId="77777777" w:rsidR="00F83CC4" w:rsidRDefault="00000000">
            <w:pPr>
              <w:spacing w:after="0" w:line="240" w:lineRule="auto"/>
              <w:jc w:val="center"/>
            </w:pPr>
            <w:r>
              <w:rPr>
                <w:rFonts w:cs="Times New Roman"/>
                <w:b/>
              </w:rPr>
              <w:t>Mã lô</w:t>
            </w:r>
          </w:p>
        </w:tc>
        <w:tc>
          <w:tcPr>
            <w:tcW w:w="1446" w:type="dxa"/>
            <w:shd w:val="clear" w:color="auto" w:fill="D9EAD3"/>
            <w:tcMar>
              <w:top w:w="70" w:type="dxa"/>
              <w:left w:w="70" w:type="dxa"/>
              <w:bottom w:w="70" w:type="dxa"/>
              <w:right w:w="70" w:type="dxa"/>
            </w:tcMar>
            <w:vAlign w:val="center"/>
          </w:tcPr>
          <w:p w14:paraId="3AFD4A2E" w14:textId="77777777" w:rsidR="00F83CC4" w:rsidRDefault="00000000">
            <w:pPr>
              <w:spacing w:after="0" w:line="240" w:lineRule="auto"/>
              <w:jc w:val="center"/>
            </w:pPr>
            <w:r>
              <w:rPr>
                <w:rFonts w:cs="Times New Roman"/>
                <w:b/>
              </w:rPr>
              <w:t>Khối lượng trước (kg)</w:t>
            </w:r>
          </w:p>
        </w:tc>
        <w:tc>
          <w:tcPr>
            <w:tcW w:w="1247" w:type="dxa"/>
            <w:shd w:val="clear" w:color="auto" w:fill="D9EAD3"/>
            <w:tcMar>
              <w:top w:w="70" w:type="dxa"/>
              <w:left w:w="70" w:type="dxa"/>
              <w:bottom w:w="70" w:type="dxa"/>
              <w:right w:w="70" w:type="dxa"/>
            </w:tcMar>
            <w:vAlign w:val="center"/>
          </w:tcPr>
          <w:p w14:paraId="2213A772" w14:textId="77777777" w:rsidR="00F83CC4" w:rsidRDefault="00000000">
            <w:pPr>
              <w:spacing w:after="0" w:line="240" w:lineRule="auto"/>
              <w:jc w:val="center"/>
            </w:pPr>
            <w:r>
              <w:rPr>
                <w:rFonts w:cs="Times New Roman"/>
                <w:b/>
              </w:rPr>
              <w:t>Khối lượng sau (kg)</w:t>
            </w:r>
          </w:p>
        </w:tc>
        <w:tc>
          <w:tcPr>
            <w:tcW w:w="1020" w:type="dxa"/>
            <w:shd w:val="clear" w:color="auto" w:fill="D9EAD3"/>
            <w:tcMar>
              <w:top w:w="70" w:type="dxa"/>
              <w:left w:w="70" w:type="dxa"/>
              <w:bottom w:w="70" w:type="dxa"/>
              <w:right w:w="70" w:type="dxa"/>
            </w:tcMar>
            <w:vAlign w:val="center"/>
          </w:tcPr>
          <w:p w14:paraId="670B86FF" w14:textId="77777777" w:rsidR="00F83CC4" w:rsidRDefault="00000000">
            <w:pPr>
              <w:spacing w:after="0" w:line="240" w:lineRule="auto"/>
              <w:jc w:val="center"/>
            </w:pPr>
            <w:r>
              <w:rPr>
                <w:rFonts w:cs="Times New Roman"/>
                <w:b/>
              </w:rPr>
              <w:t>Độ ẩm trước (%)</w:t>
            </w:r>
          </w:p>
        </w:tc>
        <w:tc>
          <w:tcPr>
            <w:tcW w:w="1020" w:type="dxa"/>
            <w:shd w:val="clear" w:color="auto" w:fill="D9EAD3"/>
            <w:tcMar>
              <w:top w:w="70" w:type="dxa"/>
              <w:left w:w="70" w:type="dxa"/>
              <w:bottom w:w="70" w:type="dxa"/>
              <w:right w:w="70" w:type="dxa"/>
            </w:tcMar>
            <w:vAlign w:val="center"/>
          </w:tcPr>
          <w:p w14:paraId="4046C286" w14:textId="77777777" w:rsidR="00F83CC4" w:rsidRDefault="00000000">
            <w:pPr>
              <w:spacing w:after="0" w:line="240" w:lineRule="auto"/>
              <w:jc w:val="center"/>
            </w:pPr>
            <w:r>
              <w:rPr>
                <w:rFonts w:cs="Times New Roman"/>
                <w:b/>
              </w:rPr>
              <w:t>Độ ẩm sau (%)</w:t>
            </w:r>
          </w:p>
        </w:tc>
        <w:tc>
          <w:tcPr>
            <w:tcW w:w="1020" w:type="dxa"/>
            <w:shd w:val="clear" w:color="auto" w:fill="D9EAD3"/>
            <w:tcMar>
              <w:top w:w="70" w:type="dxa"/>
              <w:left w:w="70" w:type="dxa"/>
              <w:bottom w:w="70" w:type="dxa"/>
              <w:right w:w="70" w:type="dxa"/>
            </w:tcMar>
            <w:vAlign w:val="center"/>
          </w:tcPr>
          <w:p w14:paraId="75A15901" w14:textId="77777777" w:rsidR="00F83CC4" w:rsidRDefault="00000000">
            <w:pPr>
              <w:spacing w:after="0" w:line="240" w:lineRule="auto"/>
              <w:jc w:val="center"/>
            </w:pPr>
            <w:r>
              <w:rPr>
                <w:rFonts w:cs="Times New Roman"/>
                <w:b/>
              </w:rPr>
              <w:t>Nhiệt độ (°C)</w:t>
            </w:r>
          </w:p>
        </w:tc>
        <w:tc>
          <w:tcPr>
            <w:tcW w:w="1020" w:type="dxa"/>
            <w:shd w:val="clear" w:color="auto" w:fill="D9EAD3"/>
            <w:tcMar>
              <w:top w:w="70" w:type="dxa"/>
              <w:left w:w="70" w:type="dxa"/>
              <w:bottom w:w="70" w:type="dxa"/>
              <w:right w:w="70" w:type="dxa"/>
            </w:tcMar>
            <w:vAlign w:val="center"/>
          </w:tcPr>
          <w:p w14:paraId="49E082C2" w14:textId="77777777" w:rsidR="00F83CC4" w:rsidRDefault="00000000">
            <w:pPr>
              <w:spacing w:after="0" w:line="240" w:lineRule="auto"/>
              <w:jc w:val="center"/>
            </w:pPr>
            <w:r>
              <w:rPr>
                <w:rFonts w:cs="Times New Roman"/>
                <w:b/>
              </w:rPr>
              <w:t>Thời gian (giờ)</w:t>
            </w:r>
          </w:p>
        </w:tc>
        <w:tc>
          <w:tcPr>
            <w:tcW w:w="1814" w:type="dxa"/>
            <w:shd w:val="clear" w:color="auto" w:fill="D9EAD3"/>
            <w:tcMar>
              <w:top w:w="70" w:type="dxa"/>
              <w:left w:w="70" w:type="dxa"/>
              <w:bottom w:w="70" w:type="dxa"/>
              <w:right w:w="70" w:type="dxa"/>
            </w:tcMar>
            <w:vAlign w:val="center"/>
          </w:tcPr>
          <w:p w14:paraId="45052F02" w14:textId="77777777" w:rsidR="00F83CC4" w:rsidRDefault="00000000">
            <w:pPr>
              <w:spacing w:after="0" w:line="240" w:lineRule="auto"/>
              <w:jc w:val="center"/>
            </w:pPr>
            <w:r>
              <w:rPr>
                <w:rFonts w:cs="Times New Roman"/>
                <w:b/>
              </w:rPr>
              <w:t>Thiết bị</w:t>
            </w:r>
          </w:p>
        </w:tc>
        <w:tc>
          <w:tcPr>
            <w:tcW w:w="1903" w:type="dxa"/>
            <w:shd w:val="clear" w:color="auto" w:fill="D9EAD3"/>
            <w:tcMar>
              <w:top w:w="70" w:type="dxa"/>
              <w:left w:w="70" w:type="dxa"/>
              <w:bottom w:w="70" w:type="dxa"/>
              <w:right w:w="70" w:type="dxa"/>
            </w:tcMar>
            <w:vAlign w:val="center"/>
          </w:tcPr>
          <w:p w14:paraId="72E93418" w14:textId="77777777" w:rsidR="00F83CC4" w:rsidRDefault="00000000">
            <w:pPr>
              <w:spacing w:after="0" w:line="240" w:lineRule="auto"/>
              <w:jc w:val="center"/>
            </w:pPr>
            <w:r>
              <w:rPr>
                <w:rFonts w:cs="Times New Roman"/>
                <w:b/>
              </w:rPr>
              <w:t>Người thực hiện</w:t>
            </w:r>
          </w:p>
        </w:tc>
      </w:tr>
      <w:tr w:rsidR="00F83CC4" w14:paraId="2C376C3D" w14:textId="77777777" w:rsidTr="00CB6022">
        <w:trPr>
          <w:jc w:val="center"/>
        </w:trPr>
        <w:tc>
          <w:tcPr>
            <w:tcW w:w="1644" w:type="dxa"/>
            <w:tcMar>
              <w:top w:w="70" w:type="dxa"/>
              <w:left w:w="70" w:type="dxa"/>
              <w:bottom w:w="70" w:type="dxa"/>
              <w:right w:w="70" w:type="dxa"/>
            </w:tcMar>
            <w:vAlign w:val="center"/>
          </w:tcPr>
          <w:p w14:paraId="148D9AC8" w14:textId="77777777" w:rsidR="00F83CC4" w:rsidRDefault="00000000">
            <w:pPr>
              <w:spacing w:after="0" w:line="240" w:lineRule="auto"/>
              <w:jc w:val="center"/>
            </w:pPr>
            <w:r>
              <w:rPr>
                <w:rFonts w:cs="Times New Roman"/>
              </w:rPr>
              <w:t>13/6/2026</w:t>
            </w:r>
          </w:p>
        </w:tc>
        <w:tc>
          <w:tcPr>
            <w:tcW w:w="1559" w:type="dxa"/>
            <w:tcMar>
              <w:top w:w="70" w:type="dxa"/>
              <w:left w:w="70" w:type="dxa"/>
              <w:bottom w:w="70" w:type="dxa"/>
              <w:right w:w="70" w:type="dxa"/>
            </w:tcMar>
            <w:vAlign w:val="center"/>
          </w:tcPr>
          <w:p w14:paraId="1777A494" w14:textId="77777777" w:rsidR="00F83CC4" w:rsidRDefault="00000000">
            <w:pPr>
              <w:spacing w:after="0" w:line="240" w:lineRule="auto"/>
              <w:jc w:val="center"/>
            </w:pPr>
            <w:r>
              <w:rPr>
                <w:rFonts w:cs="Times New Roman"/>
              </w:rPr>
              <w:t>LPB.10.06</w:t>
            </w:r>
          </w:p>
        </w:tc>
        <w:tc>
          <w:tcPr>
            <w:tcW w:w="1446" w:type="dxa"/>
            <w:tcMar>
              <w:top w:w="70" w:type="dxa"/>
              <w:left w:w="70" w:type="dxa"/>
              <w:bottom w:w="70" w:type="dxa"/>
              <w:right w:w="70" w:type="dxa"/>
            </w:tcMar>
            <w:vAlign w:val="center"/>
          </w:tcPr>
          <w:p w14:paraId="63F184E6" w14:textId="77777777" w:rsidR="00F83CC4" w:rsidRDefault="00000000">
            <w:pPr>
              <w:spacing w:after="0" w:line="240" w:lineRule="auto"/>
              <w:jc w:val="center"/>
            </w:pPr>
            <w:r>
              <w:rPr>
                <w:rFonts w:cs="Times New Roman"/>
              </w:rPr>
              <w:t>98</w:t>
            </w:r>
          </w:p>
        </w:tc>
        <w:tc>
          <w:tcPr>
            <w:tcW w:w="1247" w:type="dxa"/>
            <w:tcMar>
              <w:top w:w="70" w:type="dxa"/>
              <w:left w:w="70" w:type="dxa"/>
              <w:bottom w:w="70" w:type="dxa"/>
              <w:right w:w="70" w:type="dxa"/>
            </w:tcMar>
            <w:vAlign w:val="center"/>
          </w:tcPr>
          <w:p w14:paraId="4384622B" w14:textId="77777777" w:rsidR="00F83CC4" w:rsidRDefault="00000000">
            <w:pPr>
              <w:spacing w:after="0" w:line="240" w:lineRule="auto"/>
              <w:jc w:val="center"/>
            </w:pPr>
            <w:r>
              <w:rPr>
                <w:rFonts w:cs="Times New Roman"/>
              </w:rPr>
              <w:t>90</w:t>
            </w:r>
          </w:p>
        </w:tc>
        <w:tc>
          <w:tcPr>
            <w:tcW w:w="1020" w:type="dxa"/>
            <w:tcMar>
              <w:top w:w="70" w:type="dxa"/>
              <w:left w:w="70" w:type="dxa"/>
              <w:bottom w:w="70" w:type="dxa"/>
              <w:right w:w="70" w:type="dxa"/>
            </w:tcMar>
            <w:vAlign w:val="center"/>
          </w:tcPr>
          <w:p w14:paraId="48B6D3B4" w14:textId="77777777" w:rsidR="00F83CC4" w:rsidRDefault="00000000">
            <w:pPr>
              <w:spacing w:after="0" w:line="240" w:lineRule="auto"/>
              <w:jc w:val="center"/>
            </w:pPr>
            <w:r>
              <w:rPr>
                <w:rFonts w:cs="Times New Roman"/>
              </w:rPr>
              <w:t>20,5</w:t>
            </w:r>
          </w:p>
        </w:tc>
        <w:tc>
          <w:tcPr>
            <w:tcW w:w="1020" w:type="dxa"/>
            <w:tcMar>
              <w:top w:w="70" w:type="dxa"/>
              <w:left w:w="70" w:type="dxa"/>
              <w:bottom w:w="70" w:type="dxa"/>
              <w:right w:w="70" w:type="dxa"/>
            </w:tcMar>
            <w:vAlign w:val="center"/>
          </w:tcPr>
          <w:p w14:paraId="28E47031" w14:textId="77777777" w:rsidR="00F83CC4" w:rsidRDefault="00000000">
            <w:pPr>
              <w:spacing w:after="0" w:line="240" w:lineRule="auto"/>
              <w:jc w:val="center"/>
            </w:pPr>
            <w:r>
              <w:rPr>
                <w:rFonts w:cs="Times New Roman"/>
              </w:rPr>
              <w:t>18,1</w:t>
            </w:r>
          </w:p>
        </w:tc>
        <w:tc>
          <w:tcPr>
            <w:tcW w:w="1020" w:type="dxa"/>
            <w:tcMar>
              <w:top w:w="70" w:type="dxa"/>
              <w:left w:w="70" w:type="dxa"/>
              <w:bottom w:w="70" w:type="dxa"/>
              <w:right w:w="70" w:type="dxa"/>
            </w:tcMar>
            <w:vAlign w:val="center"/>
          </w:tcPr>
          <w:p w14:paraId="5EB0CC6F" w14:textId="77777777" w:rsidR="00F83CC4" w:rsidRDefault="00000000">
            <w:pPr>
              <w:spacing w:after="0" w:line="240" w:lineRule="auto"/>
              <w:jc w:val="center"/>
            </w:pPr>
            <w:r>
              <w:rPr>
                <w:rFonts w:cs="Times New Roman"/>
              </w:rPr>
              <w:t>45</w:t>
            </w:r>
          </w:p>
        </w:tc>
        <w:tc>
          <w:tcPr>
            <w:tcW w:w="1020" w:type="dxa"/>
            <w:tcMar>
              <w:top w:w="70" w:type="dxa"/>
              <w:left w:w="70" w:type="dxa"/>
              <w:bottom w:w="70" w:type="dxa"/>
              <w:right w:w="70" w:type="dxa"/>
            </w:tcMar>
            <w:vAlign w:val="center"/>
          </w:tcPr>
          <w:p w14:paraId="3F9FA6D9" w14:textId="77777777" w:rsidR="00F83CC4" w:rsidRDefault="00000000">
            <w:pPr>
              <w:spacing w:after="0" w:line="240" w:lineRule="auto"/>
              <w:jc w:val="center"/>
            </w:pPr>
            <w:r>
              <w:rPr>
                <w:rFonts w:cs="Times New Roman"/>
              </w:rPr>
              <w:t>6</w:t>
            </w:r>
          </w:p>
        </w:tc>
        <w:tc>
          <w:tcPr>
            <w:tcW w:w="1814" w:type="dxa"/>
            <w:tcMar>
              <w:top w:w="70" w:type="dxa"/>
              <w:left w:w="70" w:type="dxa"/>
              <w:bottom w:w="70" w:type="dxa"/>
              <w:right w:w="70" w:type="dxa"/>
            </w:tcMar>
            <w:vAlign w:val="center"/>
          </w:tcPr>
          <w:p w14:paraId="6AD0BB94" w14:textId="77777777" w:rsidR="00F83CC4" w:rsidRDefault="00000000">
            <w:pPr>
              <w:spacing w:after="0" w:line="240" w:lineRule="auto"/>
            </w:pPr>
            <w:r>
              <w:rPr>
                <w:rFonts w:cs="Times New Roman"/>
              </w:rPr>
              <w:t>Máy hạ thủy phần chân không</w:t>
            </w:r>
          </w:p>
        </w:tc>
        <w:tc>
          <w:tcPr>
            <w:tcW w:w="1903" w:type="dxa"/>
            <w:tcMar>
              <w:top w:w="70" w:type="dxa"/>
              <w:left w:w="70" w:type="dxa"/>
              <w:bottom w:w="70" w:type="dxa"/>
              <w:right w:w="70" w:type="dxa"/>
            </w:tcMar>
            <w:vAlign w:val="center"/>
          </w:tcPr>
          <w:p w14:paraId="64B91A6B" w14:textId="77777777" w:rsidR="00F83CC4" w:rsidRDefault="00000000">
            <w:pPr>
              <w:spacing w:after="0" w:line="240" w:lineRule="auto"/>
              <w:jc w:val="center"/>
            </w:pPr>
            <w:r>
              <w:rPr>
                <w:rFonts w:cs="Times New Roman"/>
              </w:rPr>
              <w:t>Lương Thị Phong</w:t>
            </w:r>
          </w:p>
        </w:tc>
      </w:tr>
    </w:tbl>
    <w:p w14:paraId="6540332E" w14:textId="77777777" w:rsidR="00F83CC4" w:rsidRDefault="00F83CC4">
      <w:pPr>
        <w:spacing w:after="20"/>
      </w:pPr>
    </w:p>
    <w:p w14:paraId="6AF84F70" w14:textId="77777777" w:rsidR="00F83CC4" w:rsidRDefault="00000000">
      <w:r>
        <w:br w:type="page"/>
      </w:r>
    </w:p>
    <w:p w14:paraId="530C72D3" w14:textId="77777777" w:rsidR="00F83CC4" w:rsidRDefault="00000000">
      <w:pPr>
        <w:spacing w:after="160" w:line="240" w:lineRule="auto"/>
        <w:jc w:val="center"/>
      </w:pPr>
      <w:r>
        <w:rPr>
          <w:rFonts w:cs="Times New Roman"/>
          <w:b/>
        </w:rPr>
        <w:lastRenderedPageBreak/>
        <w:t>PL4. THEO DÕI QUÁ TRÌNH ĐÓNG GÓI VÀ HOÀN THIỆN</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659"/>
        <w:gridCol w:w="1559"/>
        <w:gridCol w:w="1912"/>
        <w:gridCol w:w="964"/>
        <w:gridCol w:w="1304"/>
        <w:gridCol w:w="1020"/>
        <w:gridCol w:w="1134"/>
        <w:gridCol w:w="964"/>
        <w:gridCol w:w="1897"/>
        <w:gridCol w:w="1295"/>
      </w:tblGrid>
      <w:tr w:rsidR="00F83CC4" w14:paraId="0BF449CD" w14:textId="77777777" w:rsidTr="00CB6022">
        <w:trPr>
          <w:tblHeader/>
          <w:jc w:val="center"/>
        </w:trPr>
        <w:tc>
          <w:tcPr>
            <w:tcW w:w="1659" w:type="dxa"/>
            <w:shd w:val="clear" w:color="auto" w:fill="D9EAD3"/>
            <w:tcMar>
              <w:top w:w="70" w:type="dxa"/>
              <w:left w:w="70" w:type="dxa"/>
              <w:bottom w:w="70" w:type="dxa"/>
              <w:right w:w="70" w:type="dxa"/>
            </w:tcMar>
            <w:vAlign w:val="center"/>
          </w:tcPr>
          <w:p w14:paraId="1F9DDB4D" w14:textId="77777777" w:rsidR="00F83CC4" w:rsidRDefault="00000000">
            <w:pPr>
              <w:spacing w:after="0" w:line="240" w:lineRule="auto"/>
              <w:jc w:val="center"/>
            </w:pPr>
            <w:r>
              <w:rPr>
                <w:rFonts w:cs="Times New Roman"/>
                <w:b/>
              </w:rPr>
              <w:t>Ngày thực hiện</w:t>
            </w:r>
          </w:p>
        </w:tc>
        <w:tc>
          <w:tcPr>
            <w:tcW w:w="1559" w:type="dxa"/>
            <w:shd w:val="clear" w:color="auto" w:fill="D9EAD3"/>
            <w:tcMar>
              <w:top w:w="70" w:type="dxa"/>
              <w:left w:w="70" w:type="dxa"/>
              <w:bottom w:w="70" w:type="dxa"/>
              <w:right w:w="70" w:type="dxa"/>
            </w:tcMar>
            <w:vAlign w:val="center"/>
          </w:tcPr>
          <w:p w14:paraId="05F2D9DD" w14:textId="77777777" w:rsidR="00F83CC4" w:rsidRDefault="00000000">
            <w:pPr>
              <w:spacing w:after="0" w:line="240" w:lineRule="auto"/>
              <w:jc w:val="center"/>
            </w:pPr>
            <w:r>
              <w:rPr>
                <w:rFonts w:cs="Times New Roman"/>
                <w:b/>
              </w:rPr>
              <w:t>Mã lô</w:t>
            </w:r>
          </w:p>
        </w:tc>
        <w:tc>
          <w:tcPr>
            <w:tcW w:w="1912" w:type="dxa"/>
            <w:shd w:val="clear" w:color="auto" w:fill="D9EAD3"/>
            <w:tcMar>
              <w:top w:w="70" w:type="dxa"/>
              <w:left w:w="70" w:type="dxa"/>
              <w:bottom w:w="70" w:type="dxa"/>
              <w:right w:w="70" w:type="dxa"/>
            </w:tcMar>
            <w:vAlign w:val="center"/>
          </w:tcPr>
          <w:p w14:paraId="509CB24D" w14:textId="77777777" w:rsidR="00F83CC4" w:rsidRDefault="00000000">
            <w:pPr>
              <w:spacing w:after="0" w:line="240" w:lineRule="auto"/>
              <w:jc w:val="center"/>
            </w:pPr>
            <w:r>
              <w:rPr>
                <w:rFonts w:cs="Times New Roman"/>
                <w:b/>
              </w:rPr>
              <w:t>Khối lượng trước đóng gói (kg)</w:t>
            </w:r>
          </w:p>
        </w:tc>
        <w:tc>
          <w:tcPr>
            <w:tcW w:w="964" w:type="dxa"/>
            <w:shd w:val="clear" w:color="auto" w:fill="D9EAD3"/>
            <w:tcMar>
              <w:top w:w="70" w:type="dxa"/>
              <w:left w:w="70" w:type="dxa"/>
              <w:bottom w:w="70" w:type="dxa"/>
              <w:right w:w="70" w:type="dxa"/>
            </w:tcMar>
            <w:vAlign w:val="center"/>
          </w:tcPr>
          <w:p w14:paraId="26710499" w14:textId="77777777" w:rsidR="00F83CC4" w:rsidRDefault="00000000">
            <w:pPr>
              <w:spacing w:after="0" w:line="240" w:lineRule="auto"/>
              <w:jc w:val="center"/>
            </w:pPr>
            <w:r>
              <w:rPr>
                <w:rFonts w:cs="Times New Roman"/>
                <w:b/>
              </w:rPr>
              <w:t>Số lượng chai/hũ</w:t>
            </w:r>
          </w:p>
        </w:tc>
        <w:tc>
          <w:tcPr>
            <w:tcW w:w="1304" w:type="dxa"/>
            <w:shd w:val="clear" w:color="auto" w:fill="D9EAD3"/>
            <w:tcMar>
              <w:top w:w="70" w:type="dxa"/>
              <w:left w:w="70" w:type="dxa"/>
              <w:bottom w:w="70" w:type="dxa"/>
              <w:right w:w="70" w:type="dxa"/>
            </w:tcMar>
            <w:vAlign w:val="center"/>
          </w:tcPr>
          <w:p w14:paraId="58CA2624" w14:textId="77777777" w:rsidR="00F83CC4" w:rsidRDefault="00000000">
            <w:pPr>
              <w:spacing w:after="0" w:line="240" w:lineRule="auto"/>
              <w:jc w:val="center"/>
            </w:pPr>
            <w:r>
              <w:rPr>
                <w:rFonts w:cs="Times New Roman"/>
                <w:b/>
              </w:rPr>
              <w:t>Quy cách bao bì</w:t>
            </w:r>
          </w:p>
        </w:tc>
        <w:tc>
          <w:tcPr>
            <w:tcW w:w="1020" w:type="dxa"/>
            <w:shd w:val="clear" w:color="auto" w:fill="D9EAD3"/>
            <w:tcMar>
              <w:top w:w="70" w:type="dxa"/>
              <w:left w:w="70" w:type="dxa"/>
              <w:bottom w:w="70" w:type="dxa"/>
              <w:right w:w="70" w:type="dxa"/>
            </w:tcMar>
            <w:vAlign w:val="center"/>
          </w:tcPr>
          <w:p w14:paraId="5E2614A2" w14:textId="77777777" w:rsidR="00F83CC4" w:rsidRDefault="00000000">
            <w:pPr>
              <w:spacing w:after="0" w:line="240" w:lineRule="auto"/>
              <w:jc w:val="center"/>
            </w:pPr>
            <w:r>
              <w:rPr>
                <w:rFonts w:cs="Times New Roman"/>
                <w:b/>
              </w:rPr>
              <w:t>Tình trạng bao bì</w:t>
            </w:r>
          </w:p>
        </w:tc>
        <w:tc>
          <w:tcPr>
            <w:tcW w:w="1134" w:type="dxa"/>
            <w:shd w:val="clear" w:color="auto" w:fill="D9EAD3"/>
            <w:tcMar>
              <w:top w:w="70" w:type="dxa"/>
              <w:left w:w="70" w:type="dxa"/>
              <w:bottom w:w="70" w:type="dxa"/>
              <w:right w:w="70" w:type="dxa"/>
            </w:tcMar>
            <w:vAlign w:val="center"/>
          </w:tcPr>
          <w:p w14:paraId="75F277B8" w14:textId="77777777" w:rsidR="00F83CC4" w:rsidRDefault="00000000">
            <w:pPr>
              <w:spacing w:after="0" w:line="240" w:lineRule="auto"/>
              <w:jc w:val="center"/>
            </w:pPr>
            <w:r>
              <w:rPr>
                <w:rFonts w:cs="Times New Roman"/>
                <w:b/>
              </w:rPr>
              <w:t>Nội dung tem nhãn</w:t>
            </w:r>
          </w:p>
        </w:tc>
        <w:tc>
          <w:tcPr>
            <w:tcW w:w="964" w:type="dxa"/>
            <w:shd w:val="clear" w:color="auto" w:fill="D9EAD3"/>
            <w:tcMar>
              <w:top w:w="70" w:type="dxa"/>
              <w:left w:w="70" w:type="dxa"/>
              <w:bottom w:w="70" w:type="dxa"/>
              <w:right w:w="70" w:type="dxa"/>
            </w:tcMar>
            <w:vAlign w:val="center"/>
          </w:tcPr>
          <w:p w14:paraId="71E7CB1F" w14:textId="77777777" w:rsidR="00F83CC4" w:rsidRDefault="00000000">
            <w:pPr>
              <w:spacing w:after="0" w:line="240" w:lineRule="auto"/>
              <w:jc w:val="center"/>
            </w:pPr>
            <w:r>
              <w:rPr>
                <w:rFonts w:cs="Times New Roman"/>
                <w:b/>
              </w:rPr>
              <w:t>Khối lượng tịnh</w:t>
            </w:r>
          </w:p>
        </w:tc>
        <w:tc>
          <w:tcPr>
            <w:tcW w:w="1897" w:type="dxa"/>
            <w:shd w:val="clear" w:color="auto" w:fill="D9EAD3"/>
            <w:tcMar>
              <w:top w:w="70" w:type="dxa"/>
              <w:left w:w="70" w:type="dxa"/>
              <w:bottom w:w="70" w:type="dxa"/>
              <w:right w:w="70" w:type="dxa"/>
            </w:tcMar>
            <w:vAlign w:val="center"/>
          </w:tcPr>
          <w:p w14:paraId="64685913" w14:textId="77777777" w:rsidR="00F83CC4" w:rsidRDefault="00000000">
            <w:pPr>
              <w:spacing w:after="0" w:line="240" w:lineRule="auto"/>
              <w:jc w:val="center"/>
            </w:pPr>
            <w:r>
              <w:rPr>
                <w:rFonts w:cs="Times New Roman"/>
                <w:b/>
              </w:rPr>
              <w:t>Người thực hiện</w:t>
            </w:r>
          </w:p>
        </w:tc>
        <w:tc>
          <w:tcPr>
            <w:tcW w:w="1295" w:type="dxa"/>
            <w:shd w:val="clear" w:color="auto" w:fill="D9EAD3"/>
            <w:tcMar>
              <w:top w:w="70" w:type="dxa"/>
              <w:left w:w="70" w:type="dxa"/>
              <w:bottom w:w="70" w:type="dxa"/>
              <w:right w:w="70" w:type="dxa"/>
            </w:tcMar>
            <w:vAlign w:val="center"/>
          </w:tcPr>
          <w:p w14:paraId="122E0EA3" w14:textId="77777777" w:rsidR="00F83CC4" w:rsidRDefault="00000000">
            <w:pPr>
              <w:spacing w:after="0" w:line="240" w:lineRule="auto"/>
              <w:jc w:val="center"/>
            </w:pPr>
            <w:r>
              <w:rPr>
                <w:rFonts w:cs="Times New Roman"/>
                <w:b/>
              </w:rPr>
              <w:t>Ghi chú</w:t>
            </w:r>
          </w:p>
        </w:tc>
      </w:tr>
      <w:tr w:rsidR="00F83CC4" w14:paraId="18B4BC17" w14:textId="77777777" w:rsidTr="00300E97">
        <w:trPr>
          <w:trHeight w:val="915"/>
          <w:jc w:val="center"/>
        </w:trPr>
        <w:tc>
          <w:tcPr>
            <w:tcW w:w="1659" w:type="dxa"/>
            <w:tcMar>
              <w:top w:w="70" w:type="dxa"/>
              <w:left w:w="70" w:type="dxa"/>
              <w:bottom w:w="70" w:type="dxa"/>
              <w:right w:w="70" w:type="dxa"/>
            </w:tcMar>
            <w:vAlign w:val="center"/>
          </w:tcPr>
          <w:p w14:paraId="35BFF4FF" w14:textId="77777777" w:rsidR="00F83CC4" w:rsidRDefault="00000000">
            <w:pPr>
              <w:spacing w:after="0" w:line="240" w:lineRule="auto"/>
              <w:jc w:val="center"/>
            </w:pPr>
            <w:r>
              <w:rPr>
                <w:rFonts w:cs="Times New Roman"/>
              </w:rPr>
              <w:t>16/6/2026</w:t>
            </w:r>
          </w:p>
        </w:tc>
        <w:tc>
          <w:tcPr>
            <w:tcW w:w="1559" w:type="dxa"/>
            <w:tcMar>
              <w:top w:w="70" w:type="dxa"/>
              <w:left w:w="70" w:type="dxa"/>
              <w:bottom w:w="70" w:type="dxa"/>
              <w:right w:w="70" w:type="dxa"/>
            </w:tcMar>
            <w:vAlign w:val="center"/>
          </w:tcPr>
          <w:p w14:paraId="2026A4F8" w14:textId="77777777" w:rsidR="00F83CC4" w:rsidRDefault="00000000">
            <w:pPr>
              <w:spacing w:after="0" w:line="240" w:lineRule="auto"/>
              <w:jc w:val="center"/>
            </w:pPr>
            <w:r>
              <w:rPr>
                <w:rFonts w:cs="Times New Roman"/>
              </w:rPr>
              <w:t>LPB.10.06</w:t>
            </w:r>
          </w:p>
        </w:tc>
        <w:tc>
          <w:tcPr>
            <w:tcW w:w="1912" w:type="dxa"/>
            <w:tcMar>
              <w:top w:w="70" w:type="dxa"/>
              <w:left w:w="70" w:type="dxa"/>
              <w:bottom w:w="70" w:type="dxa"/>
              <w:right w:w="70" w:type="dxa"/>
            </w:tcMar>
            <w:vAlign w:val="center"/>
          </w:tcPr>
          <w:p w14:paraId="059378C4" w14:textId="77777777" w:rsidR="00F83CC4" w:rsidRDefault="00000000">
            <w:pPr>
              <w:spacing w:after="0" w:line="240" w:lineRule="auto"/>
              <w:jc w:val="center"/>
            </w:pPr>
            <w:r>
              <w:rPr>
                <w:rFonts w:cs="Times New Roman"/>
              </w:rPr>
              <w:t>90</w:t>
            </w:r>
          </w:p>
        </w:tc>
        <w:tc>
          <w:tcPr>
            <w:tcW w:w="964" w:type="dxa"/>
            <w:tcMar>
              <w:top w:w="70" w:type="dxa"/>
              <w:left w:w="70" w:type="dxa"/>
              <w:bottom w:w="70" w:type="dxa"/>
              <w:right w:w="70" w:type="dxa"/>
            </w:tcMar>
            <w:vAlign w:val="center"/>
          </w:tcPr>
          <w:p w14:paraId="058CB34D" w14:textId="15AF06D6" w:rsidR="00F83CC4" w:rsidRDefault="00CB6022">
            <w:pPr>
              <w:spacing w:after="0" w:line="240" w:lineRule="auto"/>
              <w:jc w:val="center"/>
            </w:pPr>
            <w:r>
              <w:rPr>
                <w:rFonts w:cs="Times New Roman"/>
              </w:rPr>
              <w:t>28</w:t>
            </w:r>
            <w:r w:rsidR="00000000">
              <w:rPr>
                <w:rFonts w:cs="Times New Roman"/>
              </w:rPr>
              <w:t>0</w:t>
            </w:r>
          </w:p>
        </w:tc>
        <w:tc>
          <w:tcPr>
            <w:tcW w:w="1304" w:type="dxa"/>
            <w:tcMar>
              <w:top w:w="70" w:type="dxa"/>
              <w:left w:w="70" w:type="dxa"/>
              <w:bottom w:w="70" w:type="dxa"/>
              <w:right w:w="70" w:type="dxa"/>
            </w:tcMar>
            <w:vAlign w:val="center"/>
          </w:tcPr>
          <w:p w14:paraId="01C73804" w14:textId="77777777" w:rsidR="00F83CC4" w:rsidRDefault="00000000">
            <w:pPr>
              <w:spacing w:after="0" w:line="240" w:lineRule="auto"/>
              <w:jc w:val="center"/>
            </w:pPr>
            <w:r>
              <w:rPr>
                <w:rFonts w:cs="Times New Roman"/>
              </w:rPr>
              <w:t>Hũ thủy tinh 350 ml</w:t>
            </w:r>
          </w:p>
        </w:tc>
        <w:tc>
          <w:tcPr>
            <w:tcW w:w="1020" w:type="dxa"/>
            <w:tcMar>
              <w:top w:w="70" w:type="dxa"/>
              <w:left w:w="70" w:type="dxa"/>
              <w:bottom w:w="70" w:type="dxa"/>
              <w:right w:w="70" w:type="dxa"/>
            </w:tcMar>
            <w:vAlign w:val="center"/>
          </w:tcPr>
          <w:p w14:paraId="52BC96EB" w14:textId="77777777" w:rsidR="00F83CC4" w:rsidRDefault="00000000">
            <w:pPr>
              <w:spacing w:after="0" w:line="240" w:lineRule="auto"/>
              <w:jc w:val="center"/>
            </w:pPr>
            <w:r>
              <w:rPr>
                <w:rFonts w:cs="Times New Roman"/>
              </w:rPr>
              <w:t>Đạt</w:t>
            </w:r>
          </w:p>
        </w:tc>
        <w:tc>
          <w:tcPr>
            <w:tcW w:w="1134" w:type="dxa"/>
            <w:tcMar>
              <w:top w:w="70" w:type="dxa"/>
              <w:left w:w="70" w:type="dxa"/>
              <w:bottom w:w="70" w:type="dxa"/>
              <w:right w:w="70" w:type="dxa"/>
            </w:tcMar>
            <w:vAlign w:val="center"/>
          </w:tcPr>
          <w:p w14:paraId="27F68852" w14:textId="77777777" w:rsidR="00F83CC4" w:rsidRDefault="00000000">
            <w:pPr>
              <w:spacing w:after="0" w:line="240" w:lineRule="auto"/>
              <w:jc w:val="center"/>
            </w:pPr>
            <w:r>
              <w:rPr>
                <w:rFonts w:cs="Times New Roman"/>
              </w:rPr>
              <w:t>Đúng quy định</w:t>
            </w:r>
          </w:p>
        </w:tc>
        <w:tc>
          <w:tcPr>
            <w:tcW w:w="964" w:type="dxa"/>
            <w:tcMar>
              <w:top w:w="70" w:type="dxa"/>
              <w:left w:w="70" w:type="dxa"/>
              <w:bottom w:w="70" w:type="dxa"/>
              <w:right w:w="70" w:type="dxa"/>
            </w:tcMar>
            <w:vAlign w:val="center"/>
          </w:tcPr>
          <w:p w14:paraId="37D87F31" w14:textId="77777777" w:rsidR="00F83CC4" w:rsidRDefault="00000000">
            <w:pPr>
              <w:spacing w:after="0" w:line="240" w:lineRule="auto"/>
              <w:jc w:val="center"/>
            </w:pPr>
            <w:r>
              <w:rPr>
                <w:rFonts w:cs="Times New Roman"/>
              </w:rPr>
              <w:t>350 g/hũ</w:t>
            </w:r>
          </w:p>
        </w:tc>
        <w:tc>
          <w:tcPr>
            <w:tcW w:w="1897" w:type="dxa"/>
            <w:tcMar>
              <w:top w:w="70" w:type="dxa"/>
              <w:left w:w="70" w:type="dxa"/>
              <w:bottom w:w="70" w:type="dxa"/>
              <w:right w:w="70" w:type="dxa"/>
            </w:tcMar>
            <w:vAlign w:val="center"/>
          </w:tcPr>
          <w:p w14:paraId="079446A2" w14:textId="77777777" w:rsidR="00F83CC4" w:rsidRDefault="00000000">
            <w:pPr>
              <w:spacing w:after="0" w:line="240" w:lineRule="auto"/>
              <w:jc w:val="center"/>
            </w:pPr>
            <w:r>
              <w:rPr>
                <w:rFonts w:cs="Times New Roman"/>
              </w:rPr>
              <w:t>Lương Thị Phong</w:t>
            </w:r>
          </w:p>
        </w:tc>
        <w:tc>
          <w:tcPr>
            <w:tcW w:w="1295" w:type="dxa"/>
            <w:tcMar>
              <w:top w:w="70" w:type="dxa"/>
              <w:left w:w="70" w:type="dxa"/>
              <w:bottom w:w="70" w:type="dxa"/>
              <w:right w:w="70" w:type="dxa"/>
            </w:tcMar>
            <w:vAlign w:val="center"/>
          </w:tcPr>
          <w:p w14:paraId="5E66616F" w14:textId="52046D9D" w:rsidR="00F83CC4" w:rsidRDefault="00F83CC4">
            <w:pPr>
              <w:spacing w:after="0" w:line="240" w:lineRule="auto"/>
            </w:pPr>
          </w:p>
        </w:tc>
      </w:tr>
    </w:tbl>
    <w:p w14:paraId="68A06CE2" w14:textId="77777777" w:rsidR="00F83CC4" w:rsidRDefault="00F83CC4">
      <w:pPr>
        <w:spacing w:after="20"/>
      </w:pPr>
    </w:p>
    <w:p w14:paraId="2F202F74" w14:textId="77777777" w:rsidR="00F83CC4" w:rsidRDefault="00000000">
      <w:pPr>
        <w:spacing w:after="160" w:line="240" w:lineRule="auto"/>
        <w:jc w:val="center"/>
      </w:pPr>
      <w:r>
        <w:rPr>
          <w:rFonts w:cs="Times New Roman"/>
          <w:b/>
        </w:rPr>
        <w:t>PL5. THEO DÕI QUÁ TRÌNH BẢO QUẢN</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943"/>
        <w:gridCol w:w="1701"/>
        <w:gridCol w:w="1701"/>
        <w:gridCol w:w="1965"/>
        <w:gridCol w:w="1506"/>
        <w:gridCol w:w="1470"/>
        <w:gridCol w:w="1276"/>
        <w:gridCol w:w="2268"/>
      </w:tblGrid>
      <w:tr w:rsidR="00F83CC4" w14:paraId="13A0AFE4" w14:textId="77777777" w:rsidTr="00300E97">
        <w:trPr>
          <w:tblHeader/>
          <w:jc w:val="center"/>
        </w:trPr>
        <w:tc>
          <w:tcPr>
            <w:tcW w:w="1943" w:type="dxa"/>
            <w:shd w:val="clear" w:color="auto" w:fill="D9EAD3"/>
            <w:tcMar>
              <w:top w:w="70" w:type="dxa"/>
              <w:left w:w="70" w:type="dxa"/>
              <w:bottom w:w="70" w:type="dxa"/>
              <w:right w:w="70" w:type="dxa"/>
            </w:tcMar>
            <w:vAlign w:val="center"/>
          </w:tcPr>
          <w:p w14:paraId="00C94A1D" w14:textId="77777777" w:rsidR="00F83CC4" w:rsidRDefault="00000000">
            <w:pPr>
              <w:spacing w:after="0" w:line="240" w:lineRule="auto"/>
              <w:jc w:val="center"/>
            </w:pPr>
            <w:r>
              <w:rPr>
                <w:rFonts w:cs="Times New Roman"/>
                <w:b/>
              </w:rPr>
              <w:t>Ngày nhập kho</w:t>
            </w:r>
          </w:p>
        </w:tc>
        <w:tc>
          <w:tcPr>
            <w:tcW w:w="1701" w:type="dxa"/>
            <w:shd w:val="clear" w:color="auto" w:fill="D9EAD3"/>
            <w:tcMar>
              <w:top w:w="70" w:type="dxa"/>
              <w:left w:w="70" w:type="dxa"/>
              <w:bottom w:w="70" w:type="dxa"/>
              <w:right w:w="70" w:type="dxa"/>
            </w:tcMar>
            <w:vAlign w:val="center"/>
          </w:tcPr>
          <w:p w14:paraId="452CED43" w14:textId="77777777" w:rsidR="00F83CC4" w:rsidRDefault="00000000">
            <w:pPr>
              <w:spacing w:after="0" w:line="240" w:lineRule="auto"/>
              <w:jc w:val="center"/>
            </w:pPr>
            <w:r>
              <w:rPr>
                <w:rFonts w:cs="Times New Roman"/>
                <w:b/>
              </w:rPr>
              <w:t>Mã lô</w:t>
            </w:r>
          </w:p>
        </w:tc>
        <w:tc>
          <w:tcPr>
            <w:tcW w:w="1701" w:type="dxa"/>
            <w:shd w:val="clear" w:color="auto" w:fill="D9EAD3"/>
            <w:tcMar>
              <w:top w:w="70" w:type="dxa"/>
              <w:left w:w="70" w:type="dxa"/>
              <w:bottom w:w="70" w:type="dxa"/>
              <w:right w:w="70" w:type="dxa"/>
            </w:tcMar>
            <w:vAlign w:val="center"/>
          </w:tcPr>
          <w:p w14:paraId="6796FC0E" w14:textId="77777777" w:rsidR="00F83CC4" w:rsidRDefault="00000000">
            <w:pPr>
              <w:spacing w:after="0" w:line="240" w:lineRule="auto"/>
              <w:jc w:val="center"/>
            </w:pPr>
            <w:r>
              <w:rPr>
                <w:rFonts w:cs="Times New Roman"/>
                <w:b/>
              </w:rPr>
              <w:t>Số lượng chai/hũ</w:t>
            </w:r>
          </w:p>
        </w:tc>
        <w:tc>
          <w:tcPr>
            <w:tcW w:w="1965" w:type="dxa"/>
            <w:shd w:val="clear" w:color="auto" w:fill="D9EAD3"/>
            <w:tcMar>
              <w:top w:w="70" w:type="dxa"/>
              <w:left w:w="70" w:type="dxa"/>
              <w:bottom w:w="70" w:type="dxa"/>
              <w:right w:w="70" w:type="dxa"/>
            </w:tcMar>
            <w:vAlign w:val="center"/>
          </w:tcPr>
          <w:p w14:paraId="26508CCA" w14:textId="77777777" w:rsidR="00F83CC4" w:rsidRDefault="00000000">
            <w:pPr>
              <w:spacing w:after="0" w:line="240" w:lineRule="auto"/>
              <w:jc w:val="center"/>
            </w:pPr>
            <w:r>
              <w:rPr>
                <w:rFonts w:cs="Times New Roman"/>
                <w:b/>
              </w:rPr>
              <w:t>Điều kiện kho (nhiệt độ/độ ẩm)</w:t>
            </w:r>
          </w:p>
        </w:tc>
        <w:tc>
          <w:tcPr>
            <w:tcW w:w="1506" w:type="dxa"/>
            <w:shd w:val="clear" w:color="auto" w:fill="D9EAD3"/>
            <w:tcMar>
              <w:top w:w="70" w:type="dxa"/>
              <w:left w:w="70" w:type="dxa"/>
              <w:bottom w:w="70" w:type="dxa"/>
              <w:right w:w="70" w:type="dxa"/>
            </w:tcMar>
            <w:vAlign w:val="center"/>
          </w:tcPr>
          <w:p w14:paraId="7B35E3D7" w14:textId="77777777" w:rsidR="00F83CC4" w:rsidRDefault="00000000">
            <w:pPr>
              <w:spacing w:after="0" w:line="240" w:lineRule="auto"/>
              <w:jc w:val="center"/>
            </w:pPr>
            <w:r>
              <w:rPr>
                <w:rFonts w:cs="Times New Roman"/>
                <w:b/>
              </w:rPr>
              <w:t>Tình trạng bao bì</w:t>
            </w:r>
          </w:p>
        </w:tc>
        <w:tc>
          <w:tcPr>
            <w:tcW w:w="1470" w:type="dxa"/>
            <w:shd w:val="clear" w:color="auto" w:fill="D9EAD3"/>
            <w:tcMar>
              <w:top w:w="70" w:type="dxa"/>
              <w:left w:w="70" w:type="dxa"/>
              <w:bottom w:w="70" w:type="dxa"/>
              <w:right w:w="70" w:type="dxa"/>
            </w:tcMar>
            <w:vAlign w:val="center"/>
          </w:tcPr>
          <w:p w14:paraId="5D72B3BA" w14:textId="77777777" w:rsidR="00F83CC4" w:rsidRDefault="00000000">
            <w:pPr>
              <w:spacing w:after="0" w:line="240" w:lineRule="auto"/>
              <w:jc w:val="center"/>
            </w:pPr>
            <w:r>
              <w:rPr>
                <w:rFonts w:cs="Times New Roman"/>
                <w:b/>
              </w:rPr>
              <w:t>Tình trạng sản phẩm</w:t>
            </w:r>
          </w:p>
        </w:tc>
        <w:tc>
          <w:tcPr>
            <w:tcW w:w="1276" w:type="dxa"/>
            <w:shd w:val="clear" w:color="auto" w:fill="D9EAD3"/>
            <w:tcMar>
              <w:top w:w="70" w:type="dxa"/>
              <w:left w:w="70" w:type="dxa"/>
              <w:bottom w:w="70" w:type="dxa"/>
              <w:right w:w="70" w:type="dxa"/>
            </w:tcMar>
            <w:vAlign w:val="center"/>
          </w:tcPr>
          <w:p w14:paraId="1465D3E5" w14:textId="77777777" w:rsidR="00F83CC4" w:rsidRDefault="00000000">
            <w:pPr>
              <w:spacing w:after="0" w:line="240" w:lineRule="auto"/>
              <w:jc w:val="center"/>
            </w:pPr>
            <w:r>
              <w:rPr>
                <w:rFonts w:cs="Times New Roman"/>
                <w:b/>
              </w:rPr>
              <w:t>Vị trí lưu kho</w:t>
            </w:r>
          </w:p>
        </w:tc>
        <w:tc>
          <w:tcPr>
            <w:tcW w:w="2268" w:type="dxa"/>
            <w:shd w:val="clear" w:color="auto" w:fill="D9EAD3"/>
            <w:tcMar>
              <w:top w:w="70" w:type="dxa"/>
              <w:left w:w="70" w:type="dxa"/>
              <w:bottom w:w="70" w:type="dxa"/>
              <w:right w:w="70" w:type="dxa"/>
            </w:tcMar>
            <w:vAlign w:val="center"/>
          </w:tcPr>
          <w:p w14:paraId="217EAC32" w14:textId="77777777" w:rsidR="00F83CC4" w:rsidRDefault="00000000">
            <w:pPr>
              <w:spacing w:after="0" w:line="240" w:lineRule="auto"/>
              <w:jc w:val="center"/>
            </w:pPr>
            <w:r>
              <w:rPr>
                <w:rFonts w:cs="Times New Roman"/>
                <w:b/>
              </w:rPr>
              <w:t>Người thực hiện</w:t>
            </w:r>
          </w:p>
        </w:tc>
      </w:tr>
      <w:tr w:rsidR="00F83CC4" w14:paraId="1D679B97" w14:textId="77777777" w:rsidTr="00300E97">
        <w:trPr>
          <w:trHeight w:val="626"/>
          <w:jc w:val="center"/>
        </w:trPr>
        <w:tc>
          <w:tcPr>
            <w:tcW w:w="1943" w:type="dxa"/>
            <w:tcMar>
              <w:top w:w="70" w:type="dxa"/>
              <w:left w:w="70" w:type="dxa"/>
              <w:bottom w:w="70" w:type="dxa"/>
              <w:right w:w="70" w:type="dxa"/>
            </w:tcMar>
            <w:vAlign w:val="center"/>
          </w:tcPr>
          <w:p w14:paraId="16887A5F" w14:textId="77777777" w:rsidR="00F83CC4" w:rsidRDefault="00000000">
            <w:pPr>
              <w:spacing w:after="0" w:line="240" w:lineRule="auto"/>
              <w:jc w:val="center"/>
            </w:pPr>
            <w:r>
              <w:rPr>
                <w:rFonts w:cs="Times New Roman"/>
              </w:rPr>
              <w:t>18/6/2026</w:t>
            </w:r>
          </w:p>
        </w:tc>
        <w:tc>
          <w:tcPr>
            <w:tcW w:w="1701" w:type="dxa"/>
            <w:tcMar>
              <w:top w:w="70" w:type="dxa"/>
              <w:left w:w="70" w:type="dxa"/>
              <w:bottom w:w="70" w:type="dxa"/>
              <w:right w:w="70" w:type="dxa"/>
            </w:tcMar>
            <w:vAlign w:val="center"/>
          </w:tcPr>
          <w:p w14:paraId="0CCB5F5D" w14:textId="77777777" w:rsidR="00F83CC4" w:rsidRDefault="00000000">
            <w:pPr>
              <w:spacing w:after="0" w:line="240" w:lineRule="auto"/>
              <w:jc w:val="center"/>
            </w:pPr>
            <w:r>
              <w:rPr>
                <w:rFonts w:cs="Times New Roman"/>
              </w:rPr>
              <w:t>LPB.10.06</w:t>
            </w:r>
          </w:p>
        </w:tc>
        <w:tc>
          <w:tcPr>
            <w:tcW w:w="1701" w:type="dxa"/>
            <w:tcMar>
              <w:top w:w="70" w:type="dxa"/>
              <w:left w:w="70" w:type="dxa"/>
              <w:bottom w:w="70" w:type="dxa"/>
              <w:right w:w="70" w:type="dxa"/>
            </w:tcMar>
            <w:vAlign w:val="center"/>
          </w:tcPr>
          <w:p w14:paraId="711625E2" w14:textId="668B972D" w:rsidR="00F83CC4" w:rsidRDefault="00341A57">
            <w:pPr>
              <w:spacing w:after="0" w:line="240" w:lineRule="auto"/>
              <w:jc w:val="center"/>
            </w:pPr>
            <w:r>
              <w:rPr>
                <w:rFonts w:cs="Times New Roman"/>
              </w:rPr>
              <w:t>28</w:t>
            </w:r>
            <w:r w:rsidR="00000000">
              <w:rPr>
                <w:rFonts w:cs="Times New Roman"/>
              </w:rPr>
              <w:t>0</w:t>
            </w:r>
          </w:p>
        </w:tc>
        <w:tc>
          <w:tcPr>
            <w:tcW w:w="1965" w:type="dxa"/>
            <w:tcMar>
              <w:top w:w="70" w:type="dxa"/>
              <w:left w:w="70" w:type="dxa"/>
              <w:bottom w:w="70" w:type="dxa"/>
              <w:right w:w="70" w:type="dxa"/>
            </w:tcMar>
            <w:vAlign w:val="center"/>
          </w:tcPr>
          <w:p w14:paraId="79B84AA8" w14:textId="77777777" w:rsidR="00F83CC4" w:rsidRDefault="00000000">
            <w:pPr>
              <w:spacing w:after="0" w:line="240" w:lineRule="auto"/>
              <w:jc w:val="center"/>
            </w:pPr>
            <w:r>
              <w:rPr>
                <w:rFonts w:cs="Times New Roman"/>
              </w:rPr>
              <w:t>25°C / 65%</w:t>
            </w:r>
          </w:p>
        </w:tc>
        <w:tc>
          <w:tcPr>
            <w:tcW w:w="1506" w:type="dxa"/>
            <w:tcMar>
              <w:top w:w="70" w:type="dxa"/>
              <w:left w:w="70" w:type="dxa"/>
              <w:bottom w:w="70" w:type="dxa"/>
              <w:right w:w="70" w:type="dxa"/>
            </w:tcMar>
            <w:vAlign w:val="center"/>
          </w:tcPr>
          <w:p w14:paraId="2E14FD1A" w14:textId="77777777" w:rsidR="00F83CC4" w:rsidRDefault="00000000">
            <w:pPr>
              <w:spacing w:after="0" w:line="240" w:lineRule="auto"/>
              <w:jc w:val="center"/>
            </w:pPr>
            <w:r>
              <w:rPr>
                <w:rFonts w:cs="Times New Roman"/>
              </w:rPr>
              <w:t>Đạt</w:t>
            </w:r>
          </w:p>
        </w:tc>
        <w:tc>
          <w:tcPr>
            <w:tcW w:w="1470" w:type="dxa"/>
            <w:tcMar>
              <w:top w:w="70" w:type="dxa"/>
              <w:left w:w="70" w:type="dxa"/>
              <w:bottom w:w="70" w:type="dxa"/>
              <w:right w:w="70" w:type="dxa"/>
            </w:tcMar>
            <w:vAlign w:val="center"/>
          </w:tcPr>
          <w:p w14:paraId="763EA1D6" w14:textId="77777777" w:rsidR="00F83CC4" w:rsidRDefault="00000000">
            <w:pPr>
              <w:spacing w:after="0" w:line="240" w:lineRule="auto"/>
              <w:jc w:val="center"/>
            </w:pPr>
            <w:r>
              <w:rPr>
                <w:rFonts w:cs="Times New Roman"/>
              </w:rPr>
              <w:t>Bình thường</w:t>
            </w:r>
          </w:p>
        </w:tc>
        <w:tc>
          <w:tcPr>
            <w:tcW w:w="1276" w:type="dxa"/>
            <w:tcMar>
              <w:top w:w="70" w:type="dxa"/>
              <w:left w:w="70" w:type="dxa"/>
              <w:bottom w:w="70" w:type="dxa"/>
              <w:right w:w="70" w:type="dxa"/>
            </w:tcMar>
            <w:vAlign w:val="center"/>
          </w:tcPr>
          <w:p w14:paraId="5BD39550" w14:textId="77777777" w:rsidR="00F83CC4" w:rsidRDefault="00000000">
            <w:pPr>
              <w:spacing w:after="0" w:line="240" w:lineRule="auto"/>
              <w:jc w:val="center"/>
            </w:pPr>
            <w:r>
              <w:rPr>
                <w:rFonts w:cs="Times New Roman"/>
              </w:rPr>
              <w:t>Kệ A1</w:t>
            </w:r>
          </w:p>
        </w:tc>
        <w:tc>
          <w:tcPr>
            <w:tcW w:w="2268" w:type="dxa"/>
            <w:tcMar>
              <w:top w:w="70" w:type="dxa"/>
              <w:left w:w="70" w:type="dxa"/>
              <w:bottom w:w="70" w:type="dxa"/>
              <w:right w:w="70" w:type="dxa"/>
            </w:tcMar>
            <w:vAlign w:val="center"/>
          </w:tcPr>
          <w:p w14:paraId="5F140097" w14:textId="77777777" w:rsidR="00F83CC4" w:rsidRDefault="00000000">
            <w:pPr>
              <w:spacing w:after="0" w:line="240" w:lineRule="auto"/>
              <w:jc w:val="center"/>
            </w:pPr>
            <w:r>
              <w:rPr>
                <w:rFonts w:cs="Times New Roman"/>
              </w:rPr>
              <w:t>Lương Thị Phong</w:t>
            </w:r>
          </w:p>
        </w:tc>
      </w:tr>
    </w:tbl>
    <w:p w14:paraId="2AC8B790" w14:textId="77777777" w:rsidR="00F83CC4" w:rsidRDefault="00F83CC4">
      <w:pPr>
        <w:spacing w:after="20"/>
      </w:pPr>
    </w:p>
    <w:p w14:paraId="7136E2A1" w14:textId="16AACCCB" w:rsidR="00F83CC4" w:rsidRDefault="00F83CC4" w:rsidP="00CB6022">
      <w:pPr>
        <w:tabs>
          <w:tab w:val="center" w:pos="7341"/>
        </w:tabs>
      </w:pPr>
    </w:p>
    <w:p w14:paraId="61A13A17" w14:textId="77777777" w:rsidR="00F83CC4" w:rsidRDefault="00000000">
      <w:pPr>
        <w:spacing w:after="160" w:line="240" w:lineRule="auto"/>
        <w:jc w:val="center"/>
      </w:pPr>
      <w:r>
        <w:rPr>
          <w:rFonts w:cs="Times New Roman"/>
          <w:b/>
        </w:rPr>
        <w:t>PL6. SỔ THEO DÕI BÁN HÀNG</w:t>
      </w:r>
    </w:p>
    <w:tbl>
      <w:tblPr>
        <w:tblW w:w="0" w:type="auto"/>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1984"/>
        <w:gridCol w:w="1559"/>
        <w:gridCol w:w="851"/>
        <w:gridCol w:w="1024"/>
        <w:gridCol w:w="2236"/>
        <w:gridCol w:w="2410"/>
        <w:gridCol w:w="3690"/>
      </w:tblGrid>
      <w:tr w:rsidR="00F83CC4" w14:paraId="32C83BBD" w14:textId="77777777" w:rsidTr="00300E97">
        <w:trPr>
          <w:trHeight w:val="811"/>
          <w:tblHeader/>
          <w:jc w:val="center"/>
        </w:trPr>
        <w:tc>
          <w:tcPr>
            <w:tcW w:w="1984" w:type="dxa"/>
            <w:shd w:val="clear" w:color="auto" w:fill="D9EAD3"/>
            <w:tcMar>
              <w:top w:w="70" w:type="dxa"/>
              <w:left w:w="70" w:type="dxa"/>
              <w:bottom w:w="70" w:type="dxa"/>
              <w:right w:w="70" w:type="dxa"/>
            </w:tcMar>
            <w:vAlign w:val="center"/>
          </w:tcPr>
          <w:p w14:paraId="013E6B16" w14:textId="77777777" w:rsidR="00F83CC4" w:rsidRDefault="00000000">
            <w:pPr>
              <w:spacing w:after="0" w:line="240" w:lineRule="auto"/>
              <w:jc w:val="center"/>
            </w:pPr>
            <w:r>
              <w:rPr>
                <w:rFonts w:cs="Times New Roman"/>
                <w:b/>
              </w:rPr>
              <w:t>Thời gian</w:t>
            </w:r>
          </w:p>
        </w:tc>
        <w:tc>
          <w:tcPr>
            <w:tcW w:w="1559" w:type="dxa"/>
            <w:shd w:val="clear" w:color="auto" w:fill="D9EAD3"/>
            <w:tcMar>
              <w:top w:w="70" w:type="dxa"/>
              <w:left w:w="70" w:type="dxa"/>
              <w:bottom w:w="70" w:type="dxa"/>
              <w:right w:w="70" w:type="dxa"/>
            </w:tcMar>
            <w:vAlign w:val="center"/>
          </w:tcPr>
          <w:p w14:paraId="529EDF97" w14:textId="77777777" w:rsidR="00F83CC4" w:rsidRDefault="00000000">
            <w:pPr>
              <w:spacing w:after="0" w:line="240" w:lineRule="auto"/>
              <w:jc w:val="center"/>
            </w:pPr>
            <w:r>
              <w:rPr>
                <w:rFonts w:cs="Times New Roman"/>
                <w:b/>
              </w:rPr>
              <w:t>Lô sản xuất</w:t>
            </w:r>
          </w:p>
        </w:tc>
        <w:tc>
          <w:tcPr>
            <w:tcW w:w="851" w:type="dxa"/>
            <w:shd w:val="clear" w:color="auto" w:fill="D9EAD3"/>
            <w:tcMar>
              <w:top w:w="70" w:type="dxa"/>
              <w:left w:w="70" w:type="dxa"/>
              <w:bottom w:w="70" w:type="dxa"/>
              <w:right w:w="70" w:type="dxa"/>
            </w:tcMar>
            <w:vAlign w:val="center"/>
          </w:tcPr>
          <w:p w14:paraId="33F49154" w14:textId="77777777" w:rsidR="00F83CC4" w:rsidRDefault="00000000">
            <w:pPr>
              <w:spacing w:after="0" w:line="240" w:lineRule="auto"/>
              <w:jc w:val="center"/>
            </w:pPr>
            <w:r>
              <w:rPr>
                <w:rFonts w:cs="Times New Roman"/>
                <w:b/>
              </w:rPr>
              <w:t>ĐVT</w:t>
            </w:r>
          </w:p>
        </w:tc>
        <w:tc>
          <w:tcPr>
            <w:tcW w:w="1024" w:type="dxa"/>
            <w:shd w:val="clear" w:color="auto" w:fill="D9EAD3"/>
            <w:tcMar>
              <w:top w:w="70" w:type="dxa"/>
              <w:left w:w="70" w:type="dxa"/>
              <w:bottom w:w="70" w:type="dxa"/>
              <w:right w:w="70" w:type="dxa"/>
            </w:tcMar>
            <w:vAlign w:val="center"/>
          </w:tcPr>
          <w:p w14:paraId="487810EB" w14:textId="77777777" w:rsidR="00F83CC4" w:rsidRDefault="00000000">
            <w:pPr>
              <w:spacing w:after="0" w:line="240" w:lineRule="auto"/>
              <w:jc w:val="center"/>
            </w:pPr>
            <w:r>
              <w:rPr>
                <w:rFonts w:cs="Times New Roman"/>
                <w:b/>
              </w:rPr>
              <w:t>Số lượng</w:t>
            </w:r>
          </w:p>
        </w:tc>
        <w:tc>
          <w:tcPr>
            <w:tcW w:w="2236" w:type="dxa"/>
            <w:shd w:val="clear" w:color="auto" w:fill="D9EAD3"/>
            <w:tcMar>
              <w:top w:w="70" w:type="dxa"/>
              <w:left w:w="70" w:type="dxa"/>
              <w:bottom w:w="70" w:type="dxa"/>
              <w:right w:w="70" w:type="dxa"/>
            </w:tcMar>
            <w:vAlign w:val="center"/>
          </w:tcPr>
          <w:p w14:paraId="412DD333" w14:textId="77777777" w:rsidR="00F83CC4" w:rsidRDefault="00000000">
            <w:pPr>
              <w:spacing w:after="0" w:line="240" w:lineRule="auto"/>
              <w:jc w:val="center"/>
            </w:pPr>
            <w:r>
              <w:rPr>
                <w:rFonts w:cs="Times New Roman"/>
                <w:b/>
              </w:rPr>
              <w:t>Tên khách hàng</w:t>
            </w:r>
          </w:p>
        </w:tc>
        <w:tc>
          <w:tcPr>
            <w:tcW w:w="2410" w:type="dxa"/>
            <w:shd w:val="clear" w:color="auto" w:fill="D9EAD3"/>
            <w:tcMar>
              <w:top w:w="70" w:type="dxa"/>
              <w:left w:w="70" w:type="dxa"/>
              <w:bottom w:w="70" w:type="dxa"/>
              <w:right w:w="70" w:type="dxa"/>
            </w:tcMar>
            <w:vAlign w:val="center"/>
          </w:tcPr>
          <w:p w14:paraId="160C1E7A" w14:textId="77777777" w:rsidR="00F83CC4" w:rsidRDefault="00000000">
            <w:pPr>
              <w:spacing w:after="0" w:line="240" w:lineRule="auto"/>
              <w:jc w:val="center"/>
            </w:pPr>
            <w:r>
              <w:rPr>
                <w:rFonts w:cs="Times New Roman"/>
                <w:b/>
              </w:rPr>
              <w:t>Địa chỉ khách hàng</w:t>
            </w:r>
          </w:p>
        </w:tc>
        <w:tc>
          <w:tcPr>
            <w:tcW w:w="3690" w:type="dxa"/>
            <w:shd w:val="clear" w:color="auto" w:fill="D9EAD3"/>
            <w:tcMar>
              <w:top w:w="70" w:type="dxa"/>
              <w:left w:w="70" w:type="dxa"/>
              <w:bottom w:w="70" w:type="dxa"/>
              <w:right w:w="70" w:type="dxa"/>
            </w:tcMar>
            <w:vAlign w:val="center"/>
          </w:tcPr>
          <w:p w14:paraId="69F9E4B7" w14:textId="77777777" w:rsidR="00F83CC4" w:rsidRDefault="00000000">
            <w:pPr>
              <w:spacing w:after="0" w:line="240" w:lineRule="auto"/>
              <w:jc w:val="center"/>
            </w:pPr>
            <w:r>
              <w:rPr>
                <w:rFonts w:cs="Times New Roman"/>
                <w:b/>
              </w:rPr>
              <w:t>Địa điểm giao nhận</w:t>
            </w:r>
          </w:p>
        </w:tc>
      </w:tr>
      <w:tr w:rsidR="00F83CC4" w14:paraId="3DBF2C08" w14:textId="77777777" w:rsidTr="00300E97">
        <w:trPr>
          <w:trHeight w:val="950"/>
          <w:jc w:val="center"/>
        </w:trPr>
        <w:tc>
          <w:tcPr>
            <w:tcW w:w="1984" w:type="dxa"/>
            <w:tcMar>
              <w:top w:w="70" w:type="dxa"/>
              <w:left w:w="70" w:type="dxa"/>
              <w:bottom w:w="70" w:type="dxa"/>
              <w:right w:w="70" w:type="dxa"/>
            </w:tcMar>
            <w:vAlign w:val="center"/>
          </w:tcPr>
          <w:p w14:paraId="46A893C8" w14:textId="77777777" w:rsidR="00F83CC4" w:rsidRDefault="00000000">
            <w:pPr>
              <w:spacing w:after="0" w:line="240" w:lineRule="auto"/>
              <w:jc w:val="center"/>
            </w:pPr>
            <w:r>
              <w:rPr>
                <w:rFonts w:cs="Times New Roman"/>
              </w:rPr>
              <w:t>20/6/2026</w:t>
            </w:r>
          </w:p>
        </w:tc>
        <w:tc>
          <w:tcPr>
            <w:tcW w:w="1559" w:type="dxa"/>
            <w:tcMar>
              <w:top w:w="70" w:type="dxa"/>
              <w:left w:w="70" w:type="dxa"/>
              <w:bottom w:w="70" w:type="dxa"/>
              <w:right w:w="70" w:type="dxa"/>
            </w:tcMar>
            <w:vAlign w:val="center"/>
          </w:tcPr>
          <w:p w14:paraId="4C3A3C7E" w14:textId="77777777" w:rsidR="00F83CC4" w:rsidRDefault="00000000">
            <w:pPr>
              <w:spacing w:after="0" w:line="240" w:lineRule="auto"/>
              <w:jc w:val="center"/>
            </w:pPr>
            <w:r>
              <w:rPr>
                <w:rFonts w:cs="Times New Roman"/>
              </w:rPr>
              <w:t>LPB.10.06</w:t>
            </w:r>
          </w:p>
        </w:tc>
        <w:tc>
          <w:tcPr>
            <w:tcW w:w="851" w:type="dxa"/>
            <w:tcMar>
              <w:top w:w="70" w:type="dxa"/>
              <w:left w:w="70" w:type="dxa"/>
              <w:bottom w:w="70" w:type="dxa"/>
              <w:right w:w="70" w:type="dxa"/>
            </w:tcMar>
            <w:vAlign w:val="center"/>
          </w:tcPr>
          <w:p w14:paraId="712F89A2" w14:textId="77777777" w:rsidR="00F83CC4" w:rsidRDefault="00000000">
            <w:pPr>
              <w:spacing w:after="0" w:line="240" w:lineRule="auto"/>
              <w:jc w:val="center"/>
            </w:pPr>
            <w:r>
              <w:rPr>
                <w:rFonts w:cs="Times New Roman"/>
              </w:rPr>
              <w:t>Lọ</w:t>
            </w:r>
          </w:p>
        </w:tc>
        <w:tc>
          <w:tcPr>
            <w:tcW w:w="1024" w:type="dxa"/>
            <w:tcMar>
              <w:top w:w="70" w:type="dxa"/>
              <w:left w:w="70" w:type="dxa"/>
              <w:bottom w:w="70" w:type="dxa"/>
              <w:right w:w="70" w:type="dxa"/>
            </w:tcMar>
            <w:vAlign w:val="center"/>
          </w:tcPr>
          <w:p w14:paraId="47C00037" w14:textId="77777777" w:rsidR="00F83CC4" w:rsidRDefault="00000000">
            <w:pPr>
              <w:spacing w:after="0" w:line="240" w:lineRule="auto"/>
              <w:jc w:val="center"/>
            </w:pPr>
            <w:r>
              <w:rPr>
                <w:rFonts w:cs="Times New Roman"/>
              </w:rPr>
              <w:t>100</w:t>
            </w:r>
          </w:p>
        </w:tc>
        <w:tc>
          <w:tcPr>
            <w:tcW w:w="2236" w:type="dxa"/>
            <w:tcMar>
              <w:top w:w="70" w:type="dxa"/>
              <w:left w:w="70" w:type="dxa"/>
              <w:bottom w:w="70" w:type="dxa"/>
              <w:right w:w="70" w:type="dxa"/>
            </w:tcMar>
            <w:vAlign w:val="center"/>
          </w:tcPr>
          <w:p w14:paraId="2BD51B45" w14:textId="77777777" w:rsidR="00F83CC4" w:rsidRDefault="00000000">
            <w:pPr>
              <w:spacing w:after="0" w:line="240" w:lineRule="auto"/>
            </w:pPr>
            <w:r>
              <w:rPr>
                <w:rFonts w:cs="Times New Roman"/>
              </w:rPr>
              <w:t>HTX Nuôi ong xuất khẩu Nghĩa Hồ</w:t>
            </w:r>
          </w:p>
        </w:tc>
        <w:tc>
          <w:tcPr>
            <w:tcW w:w="2410" w:type="dxa"/>
            <w:tcMar>
              <w:top w:w="70" w:type="dxa"/>
              <w:left w:w="70" w:type="dxa"/>
              <w:bottom w:w="70" w:type="dxa"/>
              <w:right w:w="70" w:type="dxa"/>
            </w:tcMar>
            <w:vAlign w:val="center"/>
          </w:tcPr>
          <w:p w14:paraId="2983DF03" w14:textId="77777777" w:rsidR="00F83CC4" w:rsidRDefault="00000000">
            <w:pPr>
              <w:spacing w:after="0" w:line="240" w:lineRule="auto"/>
            </w:pPr>
            <w:r>
              <w:rPr>
                <w:rFonts w:cs="Times New Roman"/>
              </w:rPr>
              <w:t>TDP Trung Nghĩa, Phường Chũ</w:t>
            </w:r>
          </w:p>
        </w:tc>
        <w:tc>
          <w:tcPr>
            <w:tcW w:w="3690" w:type="dxa"/>
            <w:tcMar>
              <w:top w:w="70" w:type="dxa"/>
              <w:left w:w="70" w:type="dxa"/>
              <w:bottom w:w="70" w:type="dxa"/>
              <w:right w:w="70" w:type="dxa"/>
            </w:tcMar>
            <w:vAlign w:val="center"/>
          </w:tcPr>
          <w:p w14:paraId="430F51BA" w14:textId="77777777" w:rsidR="00F83CC4" w:rsidRDefault="00000000">
            <w:pPr>
              <w:spacing w:after="0" w:line="240" w:lineRule="auto"/>
            </w:pPr>
            <w:r>
              <w:rPr>
                <w:rFonts w:cs="Times New Roman"/>
              </w:rPr>
              <w:t>Tại trụ sở HTX Nuôi ong xuất khẩu Nghĩa Hồ</w:t>
            </w:r>
          </w:p>
        </w:tc>
      </w:tr>
      <w:tr w:rsidR="00341A57" w14:paraId="1A5C3390" w14:textId="77777777" w:rsidTr="00300E97">
        <w:trPr>
          <w:trHeight w:val="950"/>
          <w:jc w:val="center"/>
        </w:trPr>
        <w:tc>
          <w:tcPr>
            <w:tcW w:w="1984" w:type="dxa"/>
            <w:tcMar>
              <w:top w:w="70" w:type="dxa"/>
              <w:left w:w="70" w:type="dxa"/>
              <w:bottom w:w="70" w:type="dxa"/>
              <w:right w:w="70" w:type="dxa"/>
            </w:tcMar>
            <w:vAlign w:val="center"/>
          </w:tcPr>
          <w:p w14:paraId="6424CDFB" w14:textId="076AED9B" w:rsidR="00341A57" w:rsidRDefault="00341A57" w:rsidP="00341A57">
            <w:pPr>
              <w:spacing w:after="0" w:line="240" w:lineRule="auto"/>
              <w:jc w:val="center"/>
              <w:rPr>
                <w:rFonts w:cs="Times New Roman"/>
              </w:rPr>
            </w:pPr>
            <w:r>
              <w:rPr>
                <w:rFonts w:cs="Times New Roman"/>
              </w:rPr>
              <w:t>20/</w:t>
            </w:r>
            <w:r>
              <w:rPr>
                <w:rFonts w:cs="Times New Roman"/>
              </w:rPr>
              <w:t>7</w:t>
            </w:r>
            <w:r>
              <w:rPr>
                <w:rFonts w:cs="Times New Roman"/>
              </w:rPr>
              <w:t>/2026</w:t>
            </w:r>
          </w:p>
        </w:tc>
        <w:tc>
          <w:tcPr>
            <w:tcW w:w="1559" w:type="dxa"/>
            <w:tcMar>
              <w:top w:w="70" w:type="dxa"/>
              <w:left w:w="70" w:type="dxa"/>
              <w:bottom w:w="70" w:type="dxa"/>
              <w:right w:w="70" w:type="dxa"/>
            </w:tcMar>
            <w:vAlign w:val="center"/>
          </w:tcPr>
          <w:p w14:paraId="72FF10D7" w14:textId="29BD2945" w:rsidR="00341A57" w:rsidRDefault="00341A57" w:rsidP="00341A57">
            <w:pPr>
              <w:spacing w:after="0" w:line="240" w:lineRule="auto"/>
              <w:jc w:val="center"/>
              <w:rPr>
                <w:rFonts w:cs="Times New Roman"/>
              </w:rPr>
            </w:pPr>
            <w:r>
              <w:rPr>
                <w:rFonts w:cs="Times New Roman"/>
              </w:rPr>
              <w:t>LPB.10.06</w:t>
            </w:r>
          </w:p>
        </w:tc>
        <w:tc>
          <w:tcPr>
            <w:tcW w:w="851" w:type="dxa"/>
            <w:tcMar>
              <w:top w:w="70" w:type="dxa"/>
              <w:left w:w="70" w:type="dxa"/>
              <w:bottom w:w="70" w:type="dxa"/>
              <w:right w:w="70" w:type="dxa"/>
            </w:tcMar>
            <w:vAlign w:val="center"/>
          </w:tcPr>
          <w:p w14:paraId="3E35EF35" w14:textId="58E516BA" w:rsidR="00341A57" w:rsidRDefault="00341A57" w:rsidP="00341A57">
            <w:pPr>
              <w:spacing w:after="0" w:line="240" w:lineRule="auto"/>
              <w:jc w:val="center"/>
              <w:rPr>
                <w:rFonts w:cs="Times New Roman"/>
              </w:rPr>
            </w:pPr>
            <w:r>
              <w:rPr>
                <w:rFonts w:cs="Times New Roman"/>
              </w:rPr>
              <w:t>Lọ</w:t>
            </w:r>
          </w:p>
        </w:tc>
        <w:tc>
          <w:tcPr>
            <w:tcW w:w="1024" w:type="dxa"/>
            <w:tcMar>
              <w:top w:w="70" w:type="dxa"/>
              <w:left w:w="70" w:type="dxa"/>
              <w:bottom w:w="70" w:type="dxa"/>
              <w:right w:w="70" w:type="dxa"/>
            </w:tcMar>
            <w:vAlign w:val="center"/>
          </w:tcPr>
          <w:p w14:paraId="36269BB2" w14:textId="67A5D587" w:rsidR="00341A57" w:rsidRDefault="00341A57" w:rsidP="00341A57">
            <w:pPr>
              <w:spacing w:after="0" w:line="240" w:lineRule="auto"/>
              <w:jc w:val="center"/>
              <w:rPr>
                <w:rFonts w:cs="Times New Roman"/>
              </w:rPr>
            </w:pPr>
            <w:r>
              <w:rPr>
                <w:rFonts w:cs="Times New Roman"/>
              </w:rPr>
              <w:t>100</w:t>
            </w:r>
          </w:p>
        </w:tc>
        <w:tc>
          <w:tcPr>
            <w:tcW w:w="2236" w:type="dxa"/>
            <w:tcMar>
              <w:top w:w="70" w:type="dxa"/>
              <w:left w:w="70" w:type="dxa"/>
              <w:bottom w:w="70" w:type="dxa"/>
              <w:right w:w="70" w:type="dxa"/>
            </w:tcMar>
            <w:vAlign w:val="center"/>
          </w:tcPr>
          <w:p w14:paraId="022FD488" w14:textId="5FFD94D3" w:rsidR="00341A57" w:rsidRDefault="00341A57" w:rsidP="00341A57">
            <w:pPr>
              <w:spacing w:after="0" w:line="240" w:lineRule="auto"/>
              <w:rPr>
                <w:rFonts w:cs="Times New Roman"/>
              </w:rPr>
            </w:pPr>
            <w:r>
              <w:rPr>
                <w:rFonts w:cs="Times New Roman"/>
              </w:rPr>
              <w:t>HTX Nuôi ong xuất khẩu Nghĩa Hồ</w:t>
            </w:r>
          </w:p>
        </w:tc>
        <w:tc>
          <w:tcPr>
            <w:tcW w:w="2410" w:type="dxa"/>
            <w:tcMar>
              <w:top w:w="70" w:type="dxa"/>
              <w:left w:w="70" w:type="dxa"/>
              <w:bottom w:w="70" w:type="dxa"/>
              <w:right w:w="70" w:type="dxa"/>
            </w:tcMar>
            <w:vAlign w:val="center"/>
          </w:tcPr>
          <w:p w14:paraId="7FF92936" w14:textId="1E435B5D" w:rsidR="00341A57" w:rsidRDefault="00341A57" w:rsidP="00341A57">
            <w:pPr>
              <w:spacing w:after="0" w:line="240" w:lineRule="auto"/>
              <w:rPr>
                <w:rFonts w:cs="Times New Roman"/>
              </w:rPr>
            </w:pPr>
            <w:r>
              <w:rPr>
                <w:rFonts w:cs="Times New Roman"/>
              </w:rPr>
              <w:t>TDP Trung Nghĩa, Phường Chũ</w:t>
            </w:r>
          </w:p>
        </w:tc>
        <w:tc>
          <w:tcPr>
            <w:tcW w:w="3690" w:type="dxa"/>
            <w:tcMar>
              <w:top w:w="70" w:type="dxa"/>
              <w:left w:w="70" w:type="dxa"/>
              <w:bottom w:w="70" w:type="dxa"/>
              <w:right w:w="70" w:type="dxa"/>
            </w:tcMar>
            <w:vAlign w:val="center"/>
          </w:tcPr>
          <w:p w14:paraId="14AF0B96" w14:textId="1914CA2A" w:rsidR="00341A57" w:rsidRDefault="00341A57" w:rsidP="00341A57">
            <w:pPr>
              <w:spacing w:after="0" w:line="240" w:lineRule="auto"/>
              <w:rPr>
                <w:rFonts w:cs="Times New Roman"/>
              </w:rPr>
            </w:pPr>
            <w:r>
              <w:rPr>
                <w:rFonts w:cs="Times New Roman"/>
              </w:rPr>
              <w:t>Tại trụ sở HTX Nuôi ong xuất khẩu Nghĩa Hồ</w:t>
            </w:r>
          </w:p>
        </w:tc>
      </w:tr>
    </w:tbl>
    <w:p w14:paraId="6A08F21D" w14:textId="77777777" w:rsidR="00F83CC4" w:rsidRDefault="00F83CC4">
      <w:pPr>
        <w:spacing w:after="20"/>
      </w:pPr>
    </w:p>
    <w:sectPr w:rsidR="00F83CC4" w:rsidSect="00CB6022">
      <w:footerReference w:type="default" r:id="rId9"/>
      <w:pgSz w:w="16838" w:h="11906" w:orient="landscape" w:code="9"/>
      <w:pgMar w:top="1021" w:right="1021" w:bottom="102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86808" w14:textId="77777777" w:rsidR="00AC52DC" w:rsidRDefault="00AC52DC">
      <w:pPr>
        <w:spacing w:after="0" w:line="240" w:lineRule="auto"/>
      </w:pPr>
      <w:r>
        <w:separator/>
      </w:r>
    </w:p>
  </w:endnote>
  <w:endnote w:type="continuationSeparator" w:id="0">
    <w:p w14:paraId="465B5E2F" w14:textId="77777777" w:rsidR="00AC52DC" w:rsidRDefault="00AC5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E9B8D" w14:textId="77777777" w:rsidR="00F83CC4" w:rsidRDefault="00000000">
    <w:pPr>
      <w:pStyle w:val="Footer"/>
      <w:jc w:val="center"/>
    </w:pPr>
    <w:r>
      <w:rPr>
        <w:rFonts w:cs="Times New Roman"/>
        <w:sz w:val="20"/>
      </w:rPr>
      <w:t xml:space="preserve">MẬT ONG LỘC PHÁT | Trang </w:t>
    </w:r>
    <w:r>
      <w:rPr>
        <w:rFonts w:cs="Times New Roman"/>
        <w:sz w:val="20"/>
      </w:rPr>
      <w:fldChar w:fldCharType="begin"/>
    </w:r>
    <w:r>
      <w:rPr>
        <w:rFonts w:cs="Times New Roman"/>
        <w:sz w:val="20"/>
      </w:rPr>
      <w:instrText>PAGE</w:instrText>
    </w:r>
    <w:r w:rsidR="00CB6022">
      <w:rPr>
        <w:rFonts w:cs="Times New Roman"/>
        <w:sz w:val="20"/>
      </w:rPr>
      <w:fldChar w:fldCharType="separate"/>
    </w:r>
    <w:r w:rsidR="00CB6022">
      <w:rPr>
        <w:rFonts w:cs="Times New Roman"/>
        <w:noProof/>
        <w:sz w:val="20"/>
      </w:rPr>
      <w:t>1</w:t>
    </w:r>
    <w:r>
      <w:rPr>
        <w:rFonts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2579F" w14:textId="47DD108B" w:rsidR="00F83CC4" w:rsidRDefault="00000000">
    <w:pPr>
      <w:pStyle w:val="Footer"/>
      <w:jc w:val="center"/>
    </w:pPr>
    <w:r>
      <w:rPr>
        <w:rFonts w:cs="Times New Roman"/>
        <w:sz w:val="20"/>
      </w:rPr>
      <w:t xml:space="preserve">MẬT ONG LỘC PHÁT | Trang </w:t>
    </w:r>
    <w:r>
      <w:rPr>
        <w:rFonts w:cs="Times New Roman"/>
        <w:sz w:val="20"/>
      </w:rPr>
      <w:fldChar w:fldCharType="begin"/>
    </w:r>
    <w:r>
      <w:rPr>
        <w:rFonts w:cs="Times New Roman"/>
        <w:sz w:val="20"/>
      </w:rPr>
      <w:instrText>PAGE</w:instrText>
    </w:r>
    <w:r w:rsidR="00CB6022">
      <w:rPr>
        <w:rFonts w:cs="Times New Roman"/>
        <w:sz w:val="20"/>
      </w:rPr>
      <w:fldChar w:fldCharType="separate"/>
    </w:r>
    <w:r w:rsidR="00CB6022">
      <w:rPr>
        <w:rFonts w:cs="Times New Roman"/>
        <w:noProof/>
        <w:sz w:val="20"/>
      </w:rPr>
      <w:t>4</w:t>
    </w:r>
    <w:r>
      <w:rPr>
        <w:rFonts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7146C2" w14:textId="77777777" w:rsidR="00AC52DC" w:rsidRDefault="00AC52DC">
      <w:pPr>
        <w:spacing w:after="0" w:line="240" w:lineRule="auto"/>
      </w:pPr>
      <w:r>
        <w:separator/>
      </w:r>
    </w:p>
  </w:footnote>
  <w:footnote w:type="continuationSeparator" w:id="0">
    <w:p w14:paraId="4CB8639F" w14:textId="77777777" w:rsidR="00AC52DC" w:rsidRDefault="00AC52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4100920">
    <w:abstractNumId w:val="8"/>
  </w:num>
  <w:num w:numId="2" w16cid:durableId="839665288">
    <w:abstractNumId w:val="6"/>
  </w:num>
  <w:num w:numId="3" w16cid:durableId="449321350">
    <w:abstractNumId w:val="5"/>
  </w:num>
  <w:num w:numId="4" w16cid:durableId="1152524851">
    <w:abstractNumId w:val="4"/>
  </w:num>
  <w:num w:numId="5" w16cid:durableId="314917129">
    <w:abstractNumId w:val="7"/>
  </w:num>
  <w:num w:numId="6" w16cid:durableId="948463991">
    <w:abstractNumId w:val="3"/>
  </w:num>
  <w:num w:numId="7" w16cid:durableId="68578421">
    <w:abstractNumId w:val="2"/>
  </w:num>
  <w:num w:numId="8" w16cid:durableId="590239727">
    <w:abstractNumId w:val="1"/>
  </w:num>
  <w:num w:numId="9" w16cid:durableId="184890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0E97"/>
    <w:rsid w:val="00326F90"/>
    <w:rsid w:val="00341A57"/>
    <w:rsid w:val="009530AD"/>
    <w:rsid w:val="00AA1D8D"/>
    <w:rsid w:val="00AC52DC"/>
    <w:rsid w:val="00B47730"/>
    <w:rsid w:val="00CB0664"/>
    <w:rsid w:val="00CB6022"/>
    <w:rsid w:val="00F83C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7B0D2"/>
  <w14:defaultImageDpi w14:val="300"/>
  <w15:docId w15:val="{9F2FFA90-A20C-44CF-91A5-DE453A399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laptopLG</cp:lastModifiedBy>
  <cp:revision>2</cp:revision>
  <dcterms:created xsi:type="dcterms:W3CDTF">2026-10-25T15:29:00Z</dcterms:created>
  <dcterms:modified xsi:type="dcterms:W3CDTF">2026-10-25T15:29:00Z</dcterms:modified>
  <cp:category/>
</cp:coreProperties>
</file>